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0" w:lineRule="exact"/>
      </w:pPr>
      <w:r>
        <w:pict>
          <v:rect id="shape1" style="position:absolute;margin-left:155.9055pt;margin-top:22.6772pt;width:283.4646pt;height:793.7008pt;mso-position-horizontal-relative:page;mso-position-vertical-relative:page;z-index:1" filled="t" fillcolor="#ffffff" stroked="f" strokecolor="#ffffff" strokeweight="0.567pt"/>
        </w:pict>
      </w:r>
      <w:r>
        <w:pict>
          <v:rect id="shape2" style="position:absolute;margin-left:155.9055pt;margin-top:22.6772pt;width:283.4646pt;height:4.5354pt;mso-position-horizontal-relative:page;mso-position-vertical-relative:page;z-index:2" filled="t" fillcolor="#243e4e" stroked="f" strokecolor="#ffffff" strokeweight="0.567pt"/>
        </w:pict>
      </w:r>
      <w:r>
        <w:pict>
          <v:rect id="text3" style="position:absolute;margin-left:268.6904pt;margin-top:57.6000pt;width:60.7294pt;height:39.1181pt;mso-position-horizontal-relative:page;mso-position-vertical-relative:page;z-index:3" filled="f" stroked="f">
            <v:textbox inset="0,0,0,0">
              <w:txbxContent>
                <w:p>
                  <w:pPr>
                    <w:spacing w:before="0" w:after="0" w:line="52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52"/>
                      <w:szCs w:val="52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4" style="position:absolute;margin-left:288.0000pt;margin-top:96.7748pt;width:22.1102pt;height:14.4567pt;mso-position-horizontal-relative:page;mso-position-vertical-relative:page;z-index:4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53636c"/>
                      <w:sz w:val="19"/>
                      <w:szCs w:val="19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hape5" style="position:absolute;margin-left:196.7244pt;margin-top:133.7953pt;width:201.8268pt;height:0.5669pt;mso-position-horizontal-relative:page;mso-position-vertical-relative:page;z-index:5" filled="t" fillcolor="#a9b4b9" stroked="f" strokecolor="#ffffff" strokeweight="0.567pt"/>
        </w:pict>
      </w:r>
      <w:r>
        <w:pict>
          <v:rect id="text6" style="position:absolute;margin-left:284.6132pt;margin-top:162.7654pt;width:28.8839pt;height:17.8583pt;mso-position-horizontal-relative:page;mso-position-vertical-relative:page;z-index:6" filled="f" stroked="f">
            <v:textbox inset="0,0,0,0">
              <w:txbxContent>
                <w:p>
                  <w:pPr>
                    <w:spacing w:before="0" w:after="0" w:line="24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24"/>
                      <w:szCs w:val="24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text7" style="position:absolute;margin-left:282.3307pt;margin-top:240.0378pt;width:33.4488pt;height:45.9213pt;mso-position-horizontal-relative:page;mso-position-vertical-relative:page;z-index:7" filled="f" stroked="f">
            <v:textbox inset="0,0,0,0">
              <w:txbxContent>
                <w:p>
                  <w:pPr>
                    <w:spacing w:before="0" w:after="0" w:line="61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61"/>
                      <w:szCs w:val="61"/>
                    </w:rPr>
                    <w:t xml:space="preserve">工</w:t>
                  </w:r>
                </w:p>
              </w:txbxContent>
            </v:textbox>
          </v:rect>
        </w:pict>
      </w:r>
      <w:r>
        <w:pict>
          <v:rect id="text8" style="position:absolute;margin-left:282.3307pt;margin-top:277.7386pt;width:33.4488pt;height:45.9213pt;mso-position-horizontal-relative:page;mso-position-vertical-relative:page;z-index:8" filled="f" stroked="f">
            <v:textbox inset="0,0,0,0">
              <w:txbxContent>
                <w:p>
                  <w:pPr>
                    <w:spacing w:before="0" w:after="0" w:line="61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61"/>
                      <w:szCs w:val="61"/>
                    </w:rPr>
                    <w:t xml:space="preserve">事</w:t>
                  </w:r>
                </w:p>
              </w:txbxContent>
            </v:textbox>
          </v:rect>
        </w:pict>
      </w:r>
      <w:r>
        <w:pict>
          <v:rect id="text9" style="position:absolute;margin-left:282.3307pt;margin-top:315.4394pt;width:33.4488pt;height:45.9213pt;mso-position-horizontal-relative:page;mso-position-vertical-relative:page;z-index:9" filled="f" stroked="f">
            <v:textbox inset="0,0,0,0">
              <w:txbxContent>
                <w:p>
                  <w:pPr>
                    <w:spacing w:before="0" w:after="0" w:line="61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61"/>
                      <w:szCs w:val="61"/>
                    </w:rPr>
                    <w:t xml:space="preserve">関</w:t>
                  </w:r>
                </w:p>
              </w:txbxContent>
            </v:textbox>
          </v:rect>
        </w:pict>
      </w:r>
      <w:r>
        <w:pict>
          <v:rect id="text10" style="position:absolute;margin-left:282.3307pt;margin-top:353.1402pt;width:33.4488pt;height:45.9213pt;mso-position-horizontal-relative:page;mso-position-vertical-relative:page;z-index:10" filled="f" stroked="f">
            <v:textbox inset="0,0,0,0">
              <w:txbxContent>
                <w:p>
                  <w:pPr>
                    <w:spacing w:before="0" w:after="0" w:line="61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61"/>
                      <w:szCs w:val="61"/>
                    </w:rPr>
                    <w:t xml:space="preserve">係</w:t>
                  </w:r>
                </w:p>
              </w:txbxContent>
            </v:textbox>
          </v:rect>
        </w:pict>
      </w:r>
      <w:r>
        <w:pict>
          <v:rect id="text11" style="position:absolute;margin-left:282.3307pt;margin-top:390.8409pt;width:33.4488pt;height:45.9213pt;mso-position-horizontal-relative:page;mso-position-vertical-relative:page;z-index:11" filled="f" stroked="f">
            <v:textbox inset="0,0,0,0">
              <w:txbxContent>
                <w:p>
                  <w:pPr>
                    <w:spacing w:before="0" w:after="0" w:line="61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61"/>
                      <w:szCs w:val="61"/>
                    </w:rPr>
                    <w:t xml:space="preserve">書</w:t>
                  </w:r>
                </w:p>
              </w:txbxContent>
            </v:textbox>
          </v:rect>
        </w:pict>
      </w:r>
      <w:r>
        <w:pict>
          <v:rect id="text12" style="position:absolute;margin-left:282.3307pt;margin-top:428.5417pt;width:33.4488pt;height:45.9213pt;mso-position-horizontal-relative:page;mso-position-vertical-relative:page;z-index:12" filled="f" stroked="f">
            <v:textbox inset="0,0,0,0">
              <w:txbxContent>
                <w:p>
                  <w:pPr>
                    <w:spacing w:before="0" w:after="0" w:line="61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61"/>
                      <w:szCs w:val="61"/>
                    </w:rPr>
                    <w:t xml:space="preserve">類</w:t>
                  </w:r>
                </w:p>
              </w:txbxContent>
            </v:textbox>
          </v:rect>
        </w:pict>
      </w:r>
      <w:r>
        <w:pict>
          <v:rect id="shape13" style="position:absolute;margin-left:196.7244pt;margin-top:657.6378pt;width:201.8268pt;height:0.5669pt;mso-position-horizontal-relative:page;mso-position-vertical-relative:page;z-index:13" filled="t" fillcolor="#a9b4b9" stroked="f" strokecolor="#ffffff" strokeweight="0.567pt"/>
        </w:pict>
      </w:r>
      <w:r>
        <w:pict>
          <v:rect id="text14" style="position:absolute;margin-left:267.1654pt;margin-top:680.6835pt;width:63.7795pt;height:18.2835pt;mso-position-horizontal-relative:page;mso-position-vertical-relative:page;z-index:14" filled="f" stroked="f">
            <v:textbox inset="0,0,0,0">
              <w:txbxContent>
                <w:p>
                  <w:pPr>
                    <w:spacing w:before="0" w:after="0" w:line="24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24"/>
                      <w:szCs w:val="24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15" style="position:absolute;margin-left:265.9776pt;margin-top:709.0583pt;width:66.1550pt;height:14.4567pt;mso-position-horizontal-relative:page;mso-position-vertical-relative:page;z-index:15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53636c"/>
                      <w:sz w:val="19"/>
                      <w:szCs w:val="19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shape16" style="position:absolute;margin-left:284.0315pt;margin-top:768.1890pt;width:27.2126pt;height:1.4173pt;mso-position-horizontal-relative:page;mso-position-vertical-relative:page;z-index:16" filled="t" fillcolor="#243e4e" stroked="f" strokecolor="#ffffff" strokeweight="0.567pt"/>
        </w:pict>
      </w:r>
      <w:r>
        <w:pict>
          <v:rect id="shape17" style="position:absolute;margin-left:155.9055pt;margin-top:22.6772pt;width:283.4646pt;height:793.7008pt;mso-position-horizontal-relative:page;mso-position-vertical-relative:page;z-index:17" filled="f" fillcolor="#ffffff" stroked="t" strokecolor="#b8b8b8" strokeweight="0.283pt"/>
        </w:pict>
      </w:r>
    </w:p>
    <w:sectPr w:rsidR="00FC693F" w:rsidRPr="0006063C" w:rsidSect="00034616">
      <w:pgSz w:w="11906" w:h="16838"/>
      <w:pgMar w:top="454" w:right="454" w:bottom="454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Yu Gothic" w:hAnsi="Yu Gothic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背表紙 余白と明朝 10cm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