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56.6929pt;margin-top:22.6772pt;width:85.0394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56.6929pt;margin-top:22.6772pt;width:85.0394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76.0547pt;margin-top:62.2942pt;width:49.1505pt;height:31.2945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1.5024pt;margin-top:98.509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8.9386pt;margin-top:133.7953pt;width:60.5480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88.7929pt;margin-top:164.9083pt;width:23.6741pt;height:14.2866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86.9669pt;margin-top:245.5483pt;width:27.3260pt;height:36.7370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86.9669pt;margin-top:283.2491pt;width:27.3260pt;height:36.7370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86.9669pt;margin-top:320.9499pt;width:27.3260pt;height:36.7370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86.9669pt;margin-top:358.6507pt;width:27.3260pt;height:36.7370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86.9669pt;margin-top:396.3515pt;width:27.3260pt;height:36.7370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86.9669pt;margin-top:434.0523pt;width:27.3260pt;height:36.7370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68.9386pt;margin-top:657.6378pt;width:60.5480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74.8346pt;margin-top:682.8775pt;width:51.5906pt;height:14.6268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73.8845pt;margin-top:710.7931pt;width:53.4909pt;height:11.565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95.1307pt;margin-top:768.1890pt;width:8.1638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56.6929pt;margin-top:22.6772pt;width:85.0394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55.9055pt;margin-top:22.6772pt;width:85.0394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55.9055pt;margin-top:22.6772pt;width:85.0394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175.2673pt;margin-top:62.2942pt;width:49.1505pt;height:31.2945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190.7150pt;margin-top:98.509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68.1512pt;margin-top:133.7953pt;width:60.5480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188.0055pt;margin-top:164.9083pt;width:23.6741pt;height:14.2866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186.1795pt;margin-top:245.5483pt;width:27.3260pt;height:36.7370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5" style="position:absolute;margin-left:186.1795pt;margin-top:283.2491pt;width:27.3260pt;height:36.7370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6" style="position:absolute;margin-left:186.1795pt;margin-top:320.9499pt;width:27.3260pt;height:36.7370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7" style="position:absolute;margin-left:186.1795pt;margin-top:358.6507pt;width:27.3260pt;height:36.7370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8" style="position:absolute;margin-left:186.1795pt;margin-top:396.3515pt;width:27.3260pt;height:36.7370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9" style="position:absolute;margin-left:186.1795pt;margin-top:434.0523pt;width:27.3260pt;height:36.7370pt;mso-position-horizontal-relative:page;mso-position-vertical-relative:page;z-index:29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30" style="position:absolute;margin-left:168.1512pt;margin-top:657.6378pt;width:60.5480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174.0472pt;margin-top:682.8775pt;width:51.5906pt;height:14.6268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173.0971pt;margin-top:710.7931pt;width:53.4909pt;height:11.565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194.3433pt;margin-top:768.1890pt;width:8.1638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155.9055pt;margin-top:22.6772pt;width:85.0394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255.1181pt;margin-top:22.6772pt;width:85.0394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255.1181pt;margin-top:22.6772pt;width:85.0394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274.4799pt;margin-top:62.2942pt;width:49.1505pt;height:31.2945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289.9276pt;margin-top:98.509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267.3638pt;margin-top:133.7953pt;width:60.5480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287.2181pt;margin-top:164.9083pt;width:23.6741pt;height:14.2866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285.3921pt;margin-top:245.5483pt;width:27.3260pt;height:36.7370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2" style="position:absolute;margin-left:285.3921pt;margin-top:283.2491pt;width:27.3260pt;height:36.7370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3" style="position:absolute;margin-left:285.3921pt;margin-top:320.9499pt;width:27.3260pt;height:36.7370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4" style="position:absolute;margin-left:285.3921pt;margin-top:358.6507pt;width:27.3260pt;height:36.7370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5" style="position:absolute;margin-left:285.3921pt;margin-top:396.3515pt;width:27.3260pt;height:36.7370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6" style="position:absolute;margin-left:285.3921pt;margin-top:434.0523pt;width:27.3260pt;height:36.7370pt;mso-position-horizontal-relative:page;mso-position-vertical-relative:page;z-index:46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7" style="position:absolute;margin-left:267.3638pt;margin-top:657.6378pt;width:60.5480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273.2598pt;margin-top:682.8775pt;width:51.5906pt;height:14.6268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272.3097pt;margin-top:710.7931pt;width:53.4909pt;height:11.565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293.5559pt;margin-top:768.1890pt;width:8.1638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255.1181pt;margin-top:22.6772pt;width:85.0394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354.3307pt;margin-top:22.6772pt;width:85.0394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354.3307pt;margin-top:22.6772pt;width:85.0394pt;height:4.5354pt;mso-position-horizontal-relative:page;mso-position-vertical-relative:page;z-index:53" filled="t" fillcolor="#243e4e" stroked="f" strokecolor="#ffffff" strokeweight="0.567pt"/>
        </w:pict>
      </w:r>
      <w:r>
        <w:pict>
          <v:rect id="text54" style="position:absolute;margin-left:373.6925pt;margin-top:62.2942pt;width:49.1505pt;height:31.2945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389.1402pt;margin-top:98.509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366.5764pt;margin-top:133.7953pt;width:60.5480pt;height:0.5669pt;mso-position-horizontal-relative:page;mso-position-vertical-relative:page;z-index:56" filled="t" fillcolor="#a9b4b9" stroked="f" strokecolor="#ffffff" strokeweight="0.567pt"/>
        </w:pict>
      </w:r>
      <w:r>
        <w:pict>
          <v:rect id="text57" style="position:absolute;margin-left:386.4307pt;margin-top:164.9083pt;width:23.6741pt;height:14.2866pt;mso-position-horizontal-relative:page;mso-position-vertical-relative:page;z-index:5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58" style="position:absolute;margin-left:384.6047pt;margin-top:245.5483pt;width:27.3260pt;height:36.7370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59" style="position:absolute;margin-left:384.6047pt;margin-top:283.2491pt;width:27.3260pt;height:36.7370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60" style="position:absolute;margin-left:384.6047pt;margin-top:320.9499pt;width:27.3260pt;height:36.7370pt;mso-position-horizontal-relative:page;mso-position-vertical-relative:page;z-index:60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61" style="position:absolute;margin-left:384.6047pt;margin-top:358.6507pt;width:27.3260pt;height:36.7370pt;mso-position-horizontal-relative:page;mso-position-vertical-relative:page;z-index:61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62" style="position:absolute;margin-left:384.6047pt;margin-top:396.3515pt;width:27.3260pt;height:36.7370pt;mso-position-horizontal-relative:page;mso-position-vertical-relative:page;z-index:62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63" style="position:absolute;margin-left:384.6047pt;margin-top:434.0523pt;width:27.3260pt;height:36.7370pt;mso-position-horizontal-relative:page;mso-position-vertical-relative:page;z-index:63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64" style="position:absolute;margin-left:366.5764pt;margin-top:657.6378pt;width:60.5480pt;height:0.5669pt;mso-position-horizontal-relative:page;mso-position-vertical-relative:page;z-index:64" filled="t" fillcolor="#a9b4b9" stroked="f" strokecolor="#ffffff" strokeweight="0.567pt"/>
        </w:pict>
      </w:r>
      <w:r>
        <w:pict>
          <v:rect id="text65" style="position:absolute;margin-left:372.4724pt;margin-top:682.8775pt;width:51.5906pt;height:14.6268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6" style="position:absolute;margin-left:371.5223pt;margin-top:710.7931pt;width:53.4909pt;height:11.565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67" style="position:absolute;margin-left:392.7685pt;margin-top:768.1890pt;width:8.1638pt;height:1.4173pt;mso-position-horizontal-relative:page;mso-position-vertical-relative:page;z-index:67" filled="t" fillcolor="#243e4e" stroked="f" strokecolor="#ffffff" strokeweight="0.567pt"/>
        </w:pict>
      </w:r>
      <w:r>
        <w:pict>
          <v:rect id="shape68" style="position:absolute;margin-left:354.3307pt;margin-top:22.6772pt;width:85.0394pt;height:793.7008pt;mso-position-horizontal-relative:page;mso-position-vertical-relative:page;z-index:68" filled="f" fillcolor="#ffffff" stroked="t" strokecolor="#b8b8b8" strokeweight="0.283pt"/>
        </w:pict>
      </w:r>
      <w:r>
        <w:pict>
          <v:rect id="shape69" style="position:absolute;margin-left:453.5433pt;margin-top:22.6772pt;width:85.0394pt;height:793.7008pt;mso-position-horizontal-relative:page;mso-position-vertical-relative:page;z-index:69" filled="t" fillcolor="#ffffff" stroked="f" strokecolor="#ffffff" strokeweight="0.567pt"/>
        </w:pict>
      </w:r>
      <w:r>
        <w:pict>
          <v:rect id="shape70" style="position:absolute;margin-left:453.5433pt;margin-top:22.6772pt;width:85.0394pt;height:4.5354pt;mso-position-horizontal-relative:page;mso-position-vertical-relative:page;z-index:70" filled="t" fillcolor="#243e4e" stroked="f" strokecolor="#ffffff" strokeweight="0.567pt"/>
        </w:pict>
      </w:r>
      <w:r>
        <w:pict>
          <v:rect id="text71" style="position:absolute;margin-left:472.9051pt;margin-top:62.2942pt;width:49.1505pt;height:31.2945pt;mso-position-horizontal-relative:page;mso-position-vertical-relative:page;z-index:71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72" style="position:absolute;margin-left:488.3528pt;margin-top:98.5096pt;width:18.2551pt;height:11.5654pt;mso-position-horizontal-relative:page;mso-position-vertical-relative:page;z-index:7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73" style="position:absolute;margin-left:465.7890pt;margin-top:133.7953pt;width:60.5480pt;height:0.5669pt;mso-position-horizontal-relative:page;mso-position-vertical-relative:page;z-index:73" filled="t" fillcolor="#a9b4b9" stroked="f" strokecolor="#ffffff" strokeweight="0.567pt"/>
        </w:pict>
      </w:r>
      <w:r>
        <w:pict>
          <v:rect id="text74" style="position:absolute;margin-left:485.6433pt;margin-top:164.9083pt;width:23.6741pt;height:14.2866pt;mso-position-horizontal-relative:page;mso-position-vertical-relative:page;z-index:7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5" style="position:absolute;margin-left:483.8173pt;margin-top:245.5483pt;width:27.3260pt;height:36.7370pt;mso-position-horizontal-relative:page;mso-position-vertical-relative:page;z-index:75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6" style="position:absolute;margin-left:483.8173pt;margin-top:283.2491pt;width:27.3260pt;height:36.7370pt;mso-position-horizontal-relative:page;mso-position-vertical-relative:page;z-index:76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77" style="position:absolute;margin-left:483.8173pt;margin-top:320.9499pt;width:27.3260pt;height:36.7370pt;mso-position-horizontal-relative:page;mso-position-vertical-relative:page;z-index:77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78" style="position:absolute;margin-left:483.8173pt;margin-top:358.6507pt;width:27.3260pt;height:36.7370pt;mso-position-horizontal-relative:page;mso-position-vertical-relative:page;z-index:78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79" style="position:absolute;margin-left:483.8173pt;margin-top:396.3515pt;width:27.3260pt;height:36.7370pt;mso-position-horizontal-relative:page;mso-position-vertical-relative:page;z-index:79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80" style="position:absolute;margin-left:483.8173pt;margin-top:434.0523pt;width:27.3260pt;height:36.7370pt;mso-position-horizontal-relative:page;mso-position-vertical-relative:page;z-index:80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81" style="position:absolute;margin-left:465.7890pt;margin-top:657.6378pt;width:60.5480pt;height:0.5669pt;mso-position-horizontal-relative:page;mso-position-vertical-relative:page;z-index:81" filled="t" fillcolor="#a9b4b9" stroked="f" strokecolor="#ffffff" strokeweight="0.567pt"/>
        </w:pict>
      </w:r>
      <w:r>
        <w:pict>
          <v:rect id="text82" style="position:absolute;margin-left:471.6850pt;margin-top:682.8775pt;width:51.5906pt;height:14.6268pt;mso-position-horizontal-relative:page;mso-position-vertical-relative:page;z-index:82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83" style="position:absolute;margin-left:470.7349pt;margin-top:710.7931pt;width:53.4909pt;height:11.5654pt;mso-position-horizontal-relative:page;mso-position-vertical-relative:page;z-index:83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84" style="position:absolute;margin-left:491.9811pt;margin-top:768.1890pt;width:8.1638pt;height:1.4173pt;mso-position-horizontal-relative:page;mso-position-vertical-relative:page;z-index:84" filled="t" fillcolor="#243e4e" stroked="f" strokecolor="#ffffff" strokeweight="0.567pt"/>
        </w:pict>
      </w:r>
      <w:r>
        <w:pict>
          <v:rect id="shape85" style="position:absolute;margin-left:453.5433pt;margin-top:22.6772pt;width:85.0394pt;height:793.7008pt;mso-position-horizontal-relative:page;mso-position-vertical-relative:page;z-index:85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