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0" w:lineRule="exact"/>
      </w:pPr>
      <w:r>
        <w:pict>
          <v:rect id="shape1" style="position:absolute;margin-left:70.8661pt;margin-top:22.6772pt;width:141.7323pt;height:793.7008pt;mso-position-horizontal-relative:page;mso-position-vertical-relative:page;z-index:1" filled="t" fillcolor="#ffffff" stroked="f" strokecolor="#ffffff" strokeweight="0.567pt"/>
        </w:pict>
      </w:r>
      <w:r>
        <w:pict>
          <v:rect id="shape2" style="position:absolute;margin-left:70.8661pt;margin-top:22.6772pt;width:141.7323pt;height:4.5354pt;mso-position-horizontal-relative:page;mso-position-vertical-relative:page;z-index:2" filled="t" fillcolor="#243e4e" stroked="f" strokecolor="#ffffff" strokeweight="0.567pt"/>
        </w:pict>
      </w:r>
      <w:r>
        <w:pict>
          <v:rect id="text3" style="position:absolute;margin-left:112.7849pt;margin-top:57.6000pt;width:60.7294pt;height:39.1181pt;mso-position-horizontal-relative:page;mso-position-vertical-relative:page;z-index:3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4" style="position:absolute;margin-left:132.0945pt;margin-top:96.7748pt;width:22.1102pt;height:14.4567pt;mso-position-horizontal-relative:page;mso-position-vertical-relative:page;z-index:4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5" style="position:absolute;margin-left:91.2756pt;margin-top:133.7953pt;width:100.9134pt;height:0.5669pt;mso-position-horizontal-relative:page;mso-position-vertical-relative:page;z-index:5" filled="t" fillcolor="#a9b4b9" stroked="f" strokecolor="#ffffff" strokeweight="0.567pt"/>
        </w:pict>
      </w:r>
      <w:r>
        <w:pict>
          <v:rect id="text6" style="position:absolute;margin-left:128.7077pt;margin-top:162.7654pt;width:28.8839pt;height:17.8583pt;mso-position-horizontal-relative:page;mso-position-vertical-relative:page;z-index:6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7" style="position:absolute;margin-left:126.4252pt;margin-top:240.0378pt;width:33.4488pt;height:45.9213pt;mso-position-horizontal-relative:page;mso-position-vertical-relative:page;z-index: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8" style="position:absolute;margin-left:126.4252pt;margin-top:277.7386pt;width:33.4488pt;height:45.9213pt;mso-position-horizontal-relative:page;mso-position-vertical-relative:page;z-index: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9" style="position:absolute;margin-left:126.4252pt;margin-top:315.4394pt;width:33.4488pt;height:45.9213pt;mso-position-horizontal-relative:page;mso-position-vertical-relative:page;z-index: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10" style="position:absolute;margin-left:126.4252pt;margin-top:353.1402pt;width:33.4488pt;height:45.9213pt;mso-position-horizontal-relative:page;mso-position-vertical-relative:page;z-index:10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11" style="position:absolute;margin-left:126.4252pt;margin-top:390.8409pt;width:33.4488pt;height:45.9213pt;mso-position-horizontal-relative:page;mso-position-vertical-relative:page;z-index:1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12" style="position:absolute;margin-left:126.4252pt;margin-top:428.5417pt;width:33.4488pt;height:45.9213pt;mso-position-horizontal-relative:page;mso-position-vertical-relative:page;z-index:1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13" style="position:absolute;margin-left:91.2756pt;margin-top:657.6378pt;width:100.9134pt;height:0.5669pt;mso-position-horizontal-relative:page;mso-position-vertical-relative:page;z-index:13" filled="t" fillcolor="#a9b4b9" stroked="f" strokecolor="#ffffff" strokeweight="0.567pt"/>
        </w:pict>
      </w:r>
      <w:r>
        <w:pict>
          <v:rect id="text14" style="position:absolute;margin-left:111.2598pt;margin-top:680.6835pt;width:63.7795pt;height:18.2835pt;mso-position-horizontal-relative:page;mso-position-vertical-relative:page;z-index:14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15" style="position:absolute;margin-left:110.0721pt;margin-top:709.0583pt;width:66.1550pt;height:14.4567pt;mso-position-horizontal-relative:page;mso-position-vertical-relative:page;z-index:15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16" style="position:absolute;margin-left:134.9291pt;margin-top:768.1890pt;width:13.6063pt;height:1.4173pt;mso-position-horizontal-relative:page;mso-position-vertical-relative:page;z-index:16" filled="t" fillcolor="#243e4e" stroked="f" strokecolor="#ffffff" strokeweight="0.567pt"/>
        </w:pict>
      </w:r>
      <w:r>
        <w:pict>
          <v:rect id="shape17" style="position:absolute;margin-left:70.8661pt;margin-top:22.6772pt;width:141.7323pt;height:793.7008pt;mso-position-horizontal-relative:page;mso-position-vertical-relative:page;z-index:17" filled="f" fillcolor="#ffffff" stroked="t" strokecolor="#b8b8b8" strokeweight="0.283pt"/>
        </w:pict>
      </w:r>
      <w:r>
        <w:pict>
          <v:rect id="shape18" style="position:absolute;margin-left:226.7717pt;margin-top:22.6772pt;width:141.7323pt;height:793.7008pt;mso-position-horizontal-relative:page;mso-position-vertical-relative:page;z-index:18" filled="t" fillcolor="#ffffff" stroked="f" strokecolor="#ffffff" strokeweight="0.567pt"/>
        </w:pict>
      </w:r>
      <w:r>
        <w:pict>
          <v:rect id="shape19" style="position:absolute;margin-left:226.7717pt;margin-top:22.6772pt;width:141.7323pt;height:4.5354pt;mso-position-horizontal-relative:page;mso-position-vertical-relative:page;z-index:19" filled="t" fillcolor="#243e4e" stroked="f" strokecolor="#ffffff" strokeweight="0.567pt"/>
        </w:pict>
      </w:r>
      <w:r>
        <w:pict>
          <v:rect id="text20" style="position:absolute;margin-left:268.6904pt;margin-top:57.6000pt;width:60.7294pt;height:39.1181pt;mso-position-horizontal-relative:page;mso-position-vertical-relative:page;z-index:20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21" style="position:absolute;margin-left:288.0000pt;margin-top:96.7748pt;width:22.1102pt;height:14.4567pt;mso-position-horizontal-relative:page;mso-position-vertical-relative:page;z-index:21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22" style="position:absolute;margin-left:247.1811pt;margin-top:133.7953pt;width:100.9134pt;height:0.5669pt;mso-position-horizontal-relative:page;mso-position-vertical-relative:page;z-index:22" filled="t" fillcolor="#a9b4b9" stroked="f" strokecolor="#ffffff" strokeweight="0.567pt"/>
        </w:pict>
      </w:r>
      <w:r>
        <w:pict>
          <v:rect id="text23" style="position:absolute;margin-left:284.6132pt;margin-top:162.7654pt;width:28.8839pt;height:17.8583pt;mso-position-horizontal-relative:page;mso-position-vertical-relative:page;z-index:23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24" style="position:absolute;margin-left:282.3307pt;margin-top:240.0378pt;width:33.4488pt;height:45.9213pt;mso-position-horizontal-relative:page;mso-position-vertical-relative:page;z-index:24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25" style="position:absolute;margin-left:282.3307pt;margin-top:277.7386pt;width:33.4488pt;height:45.9213pt;mso-position-horizontal-relative:page;mso-position-vertical-relative:page;z-index:25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26" style="position:absolute;margin-left:282.3307pt;margin-top:315.4394pt;width:33.4488pt;height:45.9213pt;mso-position-horizontal-relative:page;mso-position-vertical-relative:page;z-index:26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27" style="position:absolute;margin-left:282.3307pt;margin-top:353.1402pt;width:33.4488pt;height:45.9213pt;mso-position-horizontal-relative:page;mso-position-vertical-relative:page;z-index:27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28" style="position:absolute;margin-left:282.3307pt;margin-top:390.8409pt;width:33.4488pt;height:45.9213pt;mso-position-horizontal-relative:page;mso-position-vertical-relative:page;z-index:28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29" style="position:absolute;margin-left:282.3307pt;margin-top:428.5417pt;width:33.4488pt;height:45.9213pt;mso-position-horizontal-relative:page;mso-position-vertical-relative:page;z-index:29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30" style="position:absolute;margin-left:247.1811pt;margin-top:657.6378pt;width:100.9134pt;height:0.5669pt;mso-position-horizontal-relative:page;mso-position-vertical-relative:page;z-index:30" filled="t" fillcolor="#a9b4b9" stroked="f" strokecolor="#ffffff" strokeweight="0.567pt"/>
        </w:pict>
      </w:r>
      <w:r>
        <w:pict>
          <v:rect id="text31" style="position:absolute;margin-left:267.1654pt;margin-top:680.6835pt;width:63.7795pt;height:18.2835pt;mso-position-horizontal-relative:page;mso-position-vertical-relative:page;z-index:31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32" style="position:absolute;margin-left:265.9776pt;margin-top:709.0583pt;width:66.1550pt;height:14.4567pt;mso-position-horizontal-relative:page;mso-position-vertical-relative:page;z-index:32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33" style="position:absolute;margin-left:290.8346pt;margin-top:768.1890pt;width:13.6063pt;height:1.4173pt;mso-position-horizontal-relative:page;mso-position-vertical-relative:page;z-index:33" filled="t" fillcolor="#243e4e" stroked="f" strokecolor="#ffffff" strokeweight="0.567pt"/>
        </w:pict>
      </w:r>
      <w:r>
        <w:pict>
          <v:rect id="shape34" style="position:absolute;margin-left:226.7717pt;margin-top:22.6772pt;width:141.7323pt;height:793.7008pt;mso-position-horizontal-relative:page;mso-position-vertical-relative:page;z-index:34" filled="f" fillcolor="#ffffff" stroked="t" strokecolor="#b8b8b8" strokeweight="0.283pt"/>
        </w:pict>
      </w:r>
      <w:r>
        <w:pict>
          <v:rect id="shape35" style="position:absolute;margin-left:382.6772pt;margin-top:22.6772pt;width:141.7323pt;height:793.7008pt;mso-position-horizontal-relative:page;mso-position-vertical-relative:page;z-index:35" filled="t" fillcolor="#ffffff" stroked="f" strokecolor="#ffffff" strokeweight="0.567pt"/>
        </w:pict>
      </w:r>
      <w:r>
        <w:pict>
          <v:rect id="shape36" style="position:absolute;margin-left:382.6772pt;margin-top:22.6772pt;width:141.7323pt;height:4.5354pt;mso-position-horizontal-relative:page;mso-position-vertical-relative:page;z-index:36" filled="t" fillcolor="#243e4e" stroked="f" strokecolor="#ffffff" strokeweight="0.567pt"/>
        </w:pict>
      </w:r>
      <w:r>
        <w:pict>
          <v:rect id="text37" style="position:absolute;margin-left:424.5959pt;margin-top:57.6000pt;width:60.7294pt;height:39.1181pt;mso-position-horizontal-relative:page;mso-position-vertical-relative:page;z-index:37" filled="f" stroked="f">
            <v:textbox inset="0,0,0,0">
              <w:txbxContent>
                <w:p>
                  <w:pPr>
                    <w:spacing w:before="0" w:after="0" w:line="52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52"/>
                      <w:szCs w:val="52"/>
                    </w:rPr>
                    <w:t xml:space="preserve">2026</w:t>
                  </w:r>
                </w:p>
              </w:txbxContent>
            </v:textbox>
          </v:rect>
        </w:pict>
      </w:r>
      <w:r>
        <w:pict>
          <v:rect id="text38" style="position:absolute;margin-left:443.9055pt;margin-top:96.7748pt;width:22.1102pt;height:14.4567pt;mso-position-horizontal-relative:page;mso-position-vertical-relative:page;z-index:38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年度</w:t>
                  </w:r>
                </w:p>
              </w:txbxContent>
            </v:textbox>
          </v:rect>
        </w:pict>
      </w:r>
      <w:r>
        <w:pict>
          <v:rect id="shape39" style="position:absolute;margin-left:403.0866pt;margin-top:133.7953pt;width:100.9134pt;height:0.5669pt;mso-position-horizontal-relative:page;mso-position-vertical-relative:page;z-index:39" filled="t" fillcolor="#a9b4b9" stroked="f" strokecolor="#ffffff" strokeweight="0.567pt"/>
        </w:pict>
      </w:r>
      <w:r>
        <w:pict>
          <v:rect id="text40" style="position:absolute;margin-left:440.5187pt;margin-top:162.7654pt;width:28.8839pt;height:17.8583pt;mso-position-horizontal-relative:page;mso-position-vertical-relative:page;z-index:40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A-01</w:t>
                  </w:r>
                </w:p>
              </w:txbxContent>
            </v:textbox>
          </v:rect>
        </w:pict>
      </w:r>
      <w:r>
        <w:pict>
          <v:rect id="text41" style="position:absolute;margin-left:438.2362pt;margin-top:240.0378pt;width:33.4488pt;height:45.9213pt;mso-position-horizontal-relative:page;mso-position-vertical-relative:page;z-index:41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工</w:t>
                  </w:r>
                </w:p>
              </w:txbxContent>
            </v:textbox>
          </v:rect>
        </w:pict>
      </w:r>
      <w:r>
        <w:pict>
          <v:rect id="text42" style="position:absolute;margin-left:438.2362pt;margin-top:277.7386pt;width:33.4488pt;height:45.9213pt;mso-position-horizontal-relative:page;mso-position-vertical-relative:page;z-index:42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事</w:t>
                  </w:r>
                </w:p>
              </w:txbxContent>
            </v:textbox>
          </v:rect>
        </w:pict>
      </w:r>
      <w:r>
        <w:pict>
          <v:rect id="text43" style="position:absolute;margin-left:438.2362pt;margin-top:315.4394pt;width:33.4488pt;height:45.9213pt;mso-position-horizontal-relative:page;mso-position-vertical-relative:page;z-index:43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関</w:t>
                  </w:r>
                </w:p>
              </w:txbxContent>
            </v:textbox>
          </v:rect>
        </w:pict>
      </w:r>
      <w:r>
        <w:pict>
          <v:rect id="text44" style="position:absolute;margin-left:438.2362pt;margin-top:353.1402pt;width:33.4488pt;height:45.9213pt;mso-position-horizontal-relative:page;mso-position-vertical-relative:page;z-index:44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係</w:t>
                  </w:r>
                </w:p>
              </w:txbxContent>
            </v:textbox>
          </v:rect>
        </w:pict>
      </w:r>
      <w:r>
        <w:pict>
          <v:rect id="text45" style="position:absolute;margin-left:438.2362pt;margin-top:390.8409pt;width:33.4488pt;height:45.9213pt;mso-position-horizontal-relative:page;mso-position-vertical-relative:page;z-index:45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書</w:t>
                  </w:r>
                </w:p>
              </w:txbxContent>
            </v:textbox>
          </v:rect>
        </w:pict>
      </w:r>
      <w:r>
        <w:pict>
          <v:rect id="text46" style="position:absolute;margin-left:438.2362pt;margin-top:428.5417pt;width:33.4488pt;height:45.9213pt;mso-position-horizontal-relative:page;mso-position-vertical-relative:page;z-index:46" filled="f" stroked="f">
            <v:textbox inset="0,0,0,0">
              <w:txbxContent>
                <w:p>
                  <w:pPr>
                    <w:spacing w:before="0" w:after="0" w:line="610" w:lineRule="exact"/>
                  </w:pPr>
                  <w:r>
                    <w:rPr>
                      <w:rFonts w:ascii="Yu Mincho" w:hAnsi="Yu Mincho" w:eastAsia="Yu Mincho"/>
                      <w:color w:val="243e4e"/>
                      <w:sz w:val="61"/>
                      <w:szCs w:val="61"/>
                    </w:rPr>
                    <w:t xml:space="preserve">類</w:t>
                  </w:r>
                </w:p>
              </w:txbxContent>
            </v:textbox>
          </v:rect>
        </w:pict>
      </w:r>
      <w:r>
        <w:pict>
          <v:rect id="shape47" style="position:absolute;margin-left:403.0866pt;margin-top:657.6378pt;width:100.9134pt;height:0.5669pt;mso-position-horizontal-relative:page;mso-position-vertical-relative:page;z-index:47" filled="t" fillcolor="#a9b4b9" stroked="f" strokecolor="#ffffff" strokeweight="0.567pt"/>
        </w:pict>
      </w:r>
      <w:r>
        <w:pict>
          <v:rect id="text48" style="position:absolute;margin-left:423.0709pt;margin-top:680.6835pt;width:63.7795pt;height:18.2835pt;mso-position-horizontal-relative:page;mso-position-vertical-relative:page;z-index:48" filled="f" stroked="f">
            <v:textbox inset="0,0,0,0">
              <w:txbxContent>
                <w:p>
                  <w:pPr>
                    <w:spacing w:before="0" w:after="0" w:line="240" w:lineRule="exact"/>
                  </w:pPr>
                  <w:r>
                    <w:rPr>
                      <w:rFonts w:ascii="Yu Gothic" w:hAnsi="Yu Gothic" w:eastAsia="Yu Gothic"/>
                      <w:color w:val="243e4e"/>
                      <w:sz w:val="24"/>
                      <w:szCs w:val="24"/>
                    </w:rPr>
                    <w:t xml:space="preserve">施設管理部</w:t>
                  </w:r>
                </w:p>
              </w:txbxContent>
            </v:textbox>
          </v:rect>
        </w:pict>
      </w:r>
      <w:r>
        <w:pict>
          <v:rect id="text49" style="position:absolute;margin-left:421.8831pt;margin-top:709.0583pt;width:66.1550pt;height:14.4567pt;mso-position-horizontal-relative:page;mso-position-vertical-relative:page;z-index:49" filled="f" stroked="f">
            <v:textbox inset="0,0,0,0">
              <w:txbxContent>
                <w:p>
                  <w:pPr>
                    <w:spacing w:before="0" w:after="0" w:line="190" w:lineRule="exact"/>
                  </w:pPr>
                  <w:r>
                    <w:rPr>
                      <w:rFonts w:ascii="Yu Gothic" w:hAnsi="Yu Gothic" w:eastAsia="Yu Gothic"/>
                      <w:color w:val="53636c"/>
                      <w:sz w:val="19"/>
                      <w:szCs w:val="19"/>
                    </w:rPr>
                    <w:t xml:space="preserve">保存期間  ５年</w:t>
                  </w:r>
                </w:p>
              </w:txbxContent>
            </v:textbox>
          </v:rect>
        </w:pict>
      </w:r>
      <w:r>
        <w:pict>
          <v:rect id="shape50" style="position:absolute;margin-left:446.7402pt;margin-top:768.1890pt;width:13.6063pt;height:1.4173pt;mso-position-horizontal-relative:page;mso-position-vertical-relative:page;z-index:50" filled="t" fillcolor="#243e4e" stroked="f" strokecolor="#ffffff" strokeweight="0.567pt"/>
        </w:pict>
      </w:r>
      <w:r>
        <w:pict>
          <v:rect id="shape51" style="position:absolute;margin-left:382.6772pt;margin-top:22.6772pt;width:141.7323pt;height:793.7008pt;mso-position-horizontal-relative:page;mso-position-vertical-relative:page;z-index:51" filled="f" fillcolor="#ffffff" stroked="t" strokecolor="#b8b8b8" strokeweight="0.283pt"/>
        </w:pict>
      </w:r>
    </w:p>
    <w:sectPr w:rsidR="00FC693F" w:rsidRPr="0006063C" w:rsidSect="00034616">
      <w:pgSz w:w="11906" w:h="16838"/>
      <w:pgMar w:top="454" w:right="454" w:bottom="454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Yu Gothic" w:hAnsi="Yu Gothic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背表紙 余白と明朝 5cm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