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28.3465pt;margin-top:22.6772pt;width:170.078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28.3465pt;margin-top:22.6772pt;width:170.0787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84.4384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03.7480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52.8378pt;margin-top:133.7953pt;width:121.0961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00.3612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98.0787pt;margin-top:240.0378pt;width:33.4488pt;height:45.9213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98.0787pt;margin-top:277.7386pt;width:33.4488pt;height:45.9213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98.0787pt;margin-top:315.4394pt;width:33.4488pt;height:45.9213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98.0787pt;margin-top:353.1402pt;width:33.4488pt;height:45.9213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98.0787pt;margin-top:390.8409pt;width:33.4488pt;height:45.9213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98.0787pt;margin-top:428.5417pt;width:33.4488pt;height:45.9213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52.8378pt;margin-top:657.6378pt;width:121.0961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82.9134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81.7257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05.2220pt;margin-top:768.1890pt;width:16.3276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28.3465pt;margin-top:22.6772pt;width:170.078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12.5984pt;margin-top:22.6772pt;width:170.078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12.5984pt;margin-top:22.6772pt;width:170.0787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268.6904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88.0000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37.0898pt;margin-top:133.7953pt;width:121.0961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284.6132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282.3307pt;margin-top:240.0378pt;width:33.4488pt;height:45.9213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282.3307pt;margin-top:277.7386pt;width:33.4488pt;height:45.9213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282.3307pt;margin-top:315.4394pt;width:33.4488pt;height:45.9213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282.3307pt;margin-top:353.1402pt;width:33.4488pt;height:45.9213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282.3307pt;margin-top:390.8409pt;width:33.4488pt;height:45.9213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282.3307pt;margin-top:428.5417pt;width:33.4488pt;height:45.9213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237.0898pt;margin-top:657.6378pt;width:121.0961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267.1654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265.9776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289.4740pt;margin-top:768.1890pt;width:16.3276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212.5984pt;margin-top:22.6772pt;width:170.0787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96.8504pt;margin-top:22.6772pt;width:170.0787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96.8504pt;margin-top:22.6772pt;width:170.0787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452.9424pt;margin-top:57.6000pt;width:60.7294pt;height:39.1181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72.2520pt;margin-top:96.774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21.3417pt;margin-top:133.7953pt;width:121.0961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468.8651pt;margin-top:162.7654pt;width:28.8839pt;height:17.8583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466.5827pt;margin-top:240.0378pt;width:33.4488pt;height:45.9213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2" style="position:absolute;margin-left:466.5827pt;margin-top:277.7386pt;width:33.4488pt;height:45.9213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3" style="position:absolute;margin-left:466.5827pt;margin-top:315.4394pt;width:33.4488pt;height:45.9213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4" style="position:absolute;margin-left:466.5827pt;margin-top:353.1402pt;width:33.4488pt;height:45.9213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5" style="position:absolute;margin-left:466.5827pt;margin-top:390.8409pt;width:33.4488pt;height:45.9213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6" style="position:absolute;margin-left:466.5827pt;margin-top:428.5417pt;width:33.4488pt;height:45.9213pt;mso-position-horizontal-relative:page;mso-position-vertical-relative:page;z-index:4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7" style="position:absolute;margin-left:421.3417pt;margin-top:657.6378pt;width:121.0961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451.4173pt;margin-top:680.6835pt;width:63.7795pt;height:18.2835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450.2296pt;margin-top:709.0583pt;width:66.1550pt;height:14.4567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473.7260pt;margin-top:768.1890pt;width:16.3276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396.8504pt;margin-top:22.6772pt;width:170.0787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6cm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