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63.7795pt;margin-top:22.6772pt;width:226.7717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48.2180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67.5276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6.4346pt;margin-top:133.7953pt;width:161.4614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64.1407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61.8583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161.8583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161.8583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161.8583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161.8583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161.8583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96.4346pt;margin-top:657.6378pt;width:161.4614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46.6929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45.5052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66.2803pt;margin-top:768.1890pt;width:21.7701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226.7717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389.1628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408.4724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7.3795pt;margin-top:133.7953pt;width:161.4614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405.0856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402.8031pt;margin-top:240.0378pt;width:33.4488pt;height:45.9213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402.8031pt;margin-top:277.7386pt;width:33.4488pt;height:45.9213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402.8031pt;margin-top:315.4394pt;width:33.4488pt;height:45.9213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402.8031pt;margin-top:353.1402pt;width:33.4488pt;height:45.9213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402.8031pt;margin-top:390.8409pt;width:33.4488pt;height:45.9213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402.8031pt;margin-top:428.5417pt;width:33.4488pt;height:45.9213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337.3795pt;margin-top:657.6378pt;width:161.4614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387.6378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386.4501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407.2252pt;margin-top:768.1890pt;width:21.7701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