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35.4331pt;margin-top:22.6772pt;width:255.1181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34.0447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53.3543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72.1701pt;margin-top:133.7953pt;width:181.6441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49.9675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47.6850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147.6850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147.6850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147.6850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147.6850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147.6850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72.1701pt;margin-top:657.6378pt;width:181.6441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32.5197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31.3320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50.7465pt;margin-top:768.1890pt;width:24.4913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255.1181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403.3361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422.6457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41.4614pt;margin-top:133.7953pt;width:181.6441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419.2588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416.9764pt;margin-top:240.0378pt;width:33.4488pt;height:45.9213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416.9764pt;margin-top:277.7386pt;width:33.4488pt;height:45.9213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416.9764pt;margin-top:315.4394pt;width:33.4488pt;height:45.9213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416.9764pt;margin-top:353.1402pt;width:33.4488pt;height:45.9213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416.9764pt;margin-top:390.8409pt;width:33.4488pt;height:45.9213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416.9764pt;margin-top:428.5417pt;width:33.4488pt;height:45.9213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341.4614pt;margin-top:657.6378pt;width:181.6441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401.8110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400.6233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420.0378pt;margin-top:768.1890pt;width:24.4913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