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155.9055pt;margin-top:22.6772pt;width:283.4646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194.4567pt;margin-top:58.9606pt;width:34.0157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194.4567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95.5906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94.4567pt;margin-top:147.4016pt;width:206.3622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284.3150pt;margin-top:246.7276pt;width:29.4803pt;height:39.9685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284.3150pt;margin-top:282.1606pt;width:29.4803pt;height:39.968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284.3150pt;margin-top:317.5937pt;width:29.4803pt;height:39.9685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284.3150pt;margin-top:353.0268pt;width:29.4803pt;height:39.968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284.3150pt;margin-top:388.4598pt;width:29.4803pt;height:39.968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284.3150pt;margin-top:423.8929pt;width:29.4803pt;height:39.968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194.4567pt;margin-top:649.1339pt;width:206.3622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194.4567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94.4567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94.4567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371.9055pt;margin-top:756.8504pt;width:28.3465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155.9055pt;margin-top:22.6772pt;width:283.4646pt;height:793.7008pt;mso-position-horizontal-relative:page;mso-position-vertical-relative:page;z-index:17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10cm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