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56.6929pt;margin-top:22.6772pt;width:85.0394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68.2583pt;margin-top:58.9606pt;width:10.2047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68.2583pt;margin-top:77.0003pt;width:47.1368pt;height:29.9339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68.5984pt;margin-top:110.6986pt;width:18.2551pt;height:11.5654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68.2583pt;margin-top:147.4016pt;width:61.9087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88.5543pt;margin-top:251.5238pt;width:24.1512pt;height:31.9748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" style="position:absolute;margin-left:88.5543pt;margin-top:286.9569pt;width:24.1512pt;height:31.9748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8" style="position:absolute;margin-left:88.5543pt;margin-top:322.3899pt;width:24.1512pt;height:31.9748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9" style="position:absolute;margin-left:88.5543pt;margin-top:357.8230pt;width:24.1512pt;height:31.9748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0" style="position:absolute;margin-left:88.5543pt;margin-top:393.2561pt;width:24.1512pt;height:31.9748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1" style="position:absolute;margin-left:88.5543pt;margin-top:428.6891pt;width:24.1512pt;height:31.9748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2" style="position:absolute;margin-left:68.2583pt;margin-top:649.1339pt;width:61.9087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68.2583pt;margin-top:673.1603pt;width:50.4567pt;height:14.2866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8.2583pt;margin-top:700.0214pt;width:53.4909pt;height:11.5654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8.2583pt;margin-top:756.7483pt;width:34.0938pt;height:21.4299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21.4929pt;margin-top:756.8504pt;width:8.5039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56.6929pt;margin-top:22.6772pt;width:85.0394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55.9055pt;margin-top:22.6772pt;width:85.0394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167.4709pt;margin-top:58.9606pt;width:10.2047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167.4709pt;margin-top:77.0003pt;width:47.1368pt;height:29.9339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167.8110pt;margin-top:110.6986pt;width:18.2551pt;height:11.5654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167.4709pt;margin-top:147.4016pt;width:61.9087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187.7669pt;margin-top:251.5238pt;width:24.1512pt;height:31.9748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4" style="position:absolute;margin-left:187.7669pt;margin-top:286.9569pt;width:24.1512pt;height:31.9748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5" style="position:absolute;margin-left:187.7669pt;margin-top:322.3899pt;width:24.1512pt;height:31.9748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6" style="position:absolute;margin-left:187.7669pt;margin-top:357.8230pt;width:24.1512pt;height:31.9748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7" style="position:absolute;margin-left:187.7669pt;margin-top:393.2561pt;width:24.1512pt;height:31.9748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8" style="position:absolute;margin-left:187.7669pt;margin-top:428.6891pt;width:24.1512pt;height:31.9748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29" style="position:absolute;margin-left:167.4709pt;margin-top:649.1339pt;width:61.9087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167.4709pt;margin-top:673.1603pt;width:50.4567pt;height:14.2866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167.4709pt;margin-top:700.0214pt;width:53.4909pt;height:11.5654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167.4709pt;margin-top:756.7483pt;width:34.0938pt;height:21.4299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220.7055pt;margin-top:756.8504pt;width:8.5039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155.9055pt;margin-top:22.6772pt;width:85.0394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255.1181pt;margin-top:22.6772pt;width:85.0394pt;height:793.7008pt;mso-position-horizontal-relative:page;mso-position-vertical-relative:page;z-index:35" filled="t" fillcolor="#f7f4ed" stroked="f" strokecolor="#ffffff" strokeweight="0.567pt"/>
        </w:pict>
      </w:r>
      <w:r>
        <w:pict>
          <v:rect id="shape36" style="position:absolute;margin-left:266.6835pt;margin-top:58.9606pt;width:10.2047pt;height:2.2677pt;mso-position-horizontal-relative:page;mso-position-vertical-relative:page;z-index:36" filled="t" fillcolor="#a27857" stroked="f" strokecolor="#ffffff" strokeweight="0.567pt"/>
        </w:pict>
      </w:r>
      <w:r>
        <w:pict>
          <v:rect id="text37" style="position:absolute;margin-left:266.6835pt;margin-top:77.0003pt;width:47.1368pt;height:29.9339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267.0236pt;margin-top:110.6986pt;width:18.2551pt;height:11.5654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266.6835pt;margin-top:147.4016pt;width:61.9087pt;height:0.5669pt;mso-position-horizontal-relative:page;mso-position-vertical-relative:page;z-index:39" filled="t" fillcolor="#c5bfb1" stroked="f" strokecolor="#ffffff" strokeweight="0.567pt"/>
        </w:pict>
      </w:r>
      <w:r>
        <w:pict>
          <v:rect id="text40" style="position:absolute;margin-left:286.9795pt;margin-top:251.5238pt;width:24.1512pt;height:31.9748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41" style="position:absolute;margin-left:286.9795pt;margin-top:286.9569pt;width:24.1512pt;height:31.9748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42" style="position:absolute;margin-left:286.9795pt;margin-top:322.3899pt;width:24.1512pt;height:31.9748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43" style="position:absolute;margin-left:286.9795pt;margin-top:357.8230pt;width:24.1512pt;height:31.9748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44" style="position:absolute;margin-left:286.9795pt;margin-top:393.2561pt;width:24.1512pt;height:31.9748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45" style="position:absolute;margin-left:286.9795pt;margin-top:428.6891pt;width:24.1512pt;height:31.9748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46" style="position:absolute;margin-left:266.6835pt;margin-top:649.1339pt;width:61.9087pt;height:0.5669pt;mso-position-horizontal-relative:page;mso-position-vertical-relative:page;z-index:46" filled="t" fillcolor="#c5bfb1" stroked="f" strokecolor="#ffffff" strokeweight="0.567pt"/>
        </w:pict>
      </w:r>
      <w:r>
        <w:pict>
          <v:rect id="text47" style="position:absolute;margin-left:266.6835pt;margin-top:673.1603pt;width:50.4567pt;height:14.2866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266.6835pt;margin-top:700.0214pt;width:53.4909pt;height:11.5654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266.6835pt;margin-top:756.7483pt;width:34.0938pt;height:21.4299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319.9181pt;margin-top:756.8504pt;width:8.5039pt;height:14.1732pt;mso-position-horizontal-relative:page;mso-position-vertical-relative:page;z-index:50" filled="t" fillcolor="#a27857" stroked="f" strokecolor="#ffffff" strokeweight="0.567pt"/>
        </w:pict>
      </w:r>
      <w:r>
        <w:pict>
          <v:rect id="shape51" style="position:absolute;margin-left:255.1181pt;margin-top:22.6772pt;width:85.0394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354.3307pt;margin-top:22.6772pt;width:85.0394pt;height:793.7008pt;mso-position-horizontal-relative:page;mso-position-vertical-relative:page;z-index:52" filled="t" fillcolor="#f7f4ed" stroked="f" strokecolor="#ffffff" strokeweight="0.567pt"/>
        </w:pict>
      </w:r>
      <w:r>
        <w:pict>
          <v:rect id="shape53" style="position:absolute;margin-left:365.8961pt;margin-top:58.9606pt;width:10.2047pt;height:2.2677pt;mso-position-horizontal-relative:page;mso-position-vertical-relative:page;z-index:53" filled="t" fillcolor="#a27857" stroked="f" strokecolor="#ffffff" strokeweight="0.567pt"/>
        </w:pict>
      </w:r>
      <w:r>
        <w:pict>
          <v:rect id="text54" style="position:absolute;margin-left:365.8961pt;margin-top:77.0003pt;width:47.1368pt;height:29.9339pt;mso-position-horizontal-relative:page;mso-position-vertical-relative:page;z-index:54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5" style="position:absolute;margin-left:366.2362pt;margin-top:110.6986pt;width:18.2551pt;height:11.5654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6" style="position:absolute;margin-left:365.8961pt;margin-top:147.4016pt;width:61.9087pt;height:0.5669pt;mso-position-horizontal-relative:page;mso-position-vertical-relative:page;z-index:56" filled="t" fillcolor="#c5bfb1" stroked="f" strokecolor="#ffffff" strokeweight="0.567pt"/>
        </w:pict>
      </w:r>
      <w:r>
        <w:pict>
          <v:rect id="text57" style="position:absolute;margin-left:386.1921pt;margin-top:251.5238pt;width:24.1512pt;height:31.9748pt;mso-position-horizontal-relative:page;mso-position-vertical-relative:page;z-index:57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58" style="position:absolute;margin-left:386.1921pt;margin-top:286.9569pt;width:24.1512pt;height:31.9748pt;mso-position-horizontal-relative:page;mso-position-vertical-relative:page;z-index:58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59" style="position:absolute;margin-left:386.1921pt;margin-top:322.3899pt;width:24.1512pt;height:31.9748pt;mso-position-horizontal-relative:page;mso-position-vertical-relative:page;z-index:59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60" style="position:absolute;margin-left:386.1921pt;margin-top:357.8230pt;width:24.1512pt;height:31.9748pt;mso-position-horizontal-relative:page;mso-position-vertical-relative:page;z-index:60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61" style="position:absolute;margin-left:386.1921pt;margin-top:393.2561pt;width:24.1512pt;height:31.9748pt;mso-position-horizontal-relative:page;mso-position-vertical-relative:page;z-index:61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62" style="position:absolute;margin-left:386.1921pt;margin-top:428.6891pt;width:24.1512pt;height:31.9748pt;mso-position-horizontal-relative:page;mso-position-vertical-relative:page;z-index:62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63" style="position:absolute;margin-left:365.8961pt;margin-top:649.1339pt;width:61.9087pt;height:0.5669pt;mso-position-horizontal-relative:page;mso-position-vertical-relative:page;z-index:63" filled="t" fillcolor="#c5bfb1" stroked="f" strokecolor="#ffffff" strokeweight="0.567pt"/>
        </w:pict>
      </w:r>
      <w:r>
        <w:pict>
          <v:rect id="text64" style="position:absolute;margin-left:365.8961pt;margin-top:673.1603pt;width:50.4567pt;height:14.2866pt;mso-position-horizontal-relative:page;mso-position-vertical-relative:page;z-index:6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5" style="position:absolute;margin-left:365.8961pt;margin-top:700.0214pt;width:53.4909pt;height:11.5654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66" style="position:absolute;margin-left:365.8961pt;margin-top:756.7483pt;width:34.0938pt;height:21.4299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67" style="position:absolute;margin-left:419.1307pt;margin-top:756.8504pt;width:8.5039pt;height:14.1732pt;mso-position-horizontal-relative:page;mso-position-vertical-relative:page;z-index:67" filled="t" fillcolor="#a27857" stroked="f" strokecolor="#ffffff" strokeweight="0.567pt"/>
        </w:pict>
      </w:r>
      <w:r>
        <w:pict>
          <v:rect id="shape68" style="position:absolute;margin-left:354.3307pt;margin-top:22.6772pt;width:85.0394pt;height:793.7008pt;mso-position-horizontal-relative:page;mso-position-vertical-relative:page;z-index:68" filled="f" fillcolor="#ffffff" stroked="t" strokecolor="#b8b8b8" strokeweight="0.283pt"/>
        </w:pict>
      </w:r>
      <w:r>
        <w:pict>
          <v:rect id="shape69" style="position:absolute;margin-left:453.5433pt;margin-top:22.6772pt;width:85.0394pt;height:793.7008pt;mso-position-horizontal-relative:page;mso-position-vertical-relative:page;z-index:69" filled="t" fillcolor="#f7f4ed" stroked="f" strokecolor="#ffffff" strokeweight="0.567pt"/>
        </w:pict>
      </w:r>
      <w:r>
        <w:pict>
          <v:rect id="shape70" style="position:absolute;margin-left:465.1087pt;margin-top:58.9606pt;width:10.2047pt;height:2.2677pt;mso-position-horizontal-relative:page;mso-position-vertical-relative:page;z-index:70" filled="t" fillcolor="#a27857" stroked="f" strokecolor="#ffffff" strokeweight="0.567pt"/>
        </w:pict>
      </w:r>
      <w:r>
        <w:pict>
          <v:rect id="text71" style="position:absolute;margin-left:465.1087pt;margin-top:77.0003pt;width:47.1368pt;height:29.9339pt;mso-position-horizontal-relative:page;mso-position-vertical-relative:page;z-index:71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72" style="position:absolute;margin-left:465.4488pt;margin-top:110.6986pt;width:18.2551pt;height:11.5654pt;mso-position-horizontal-relative:page;mso-position-vertical-relative:page;z-index:7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73" style="position:absolute;margin-left:465.1087pt;margin-top:147.4016pt;width:61.9087pt;height:0.5669pt;mso-position-horizontal-relative:page;mso-position-vertical-relative:page;z-index:73" filled="t" fillcolor="#c5bfb1" stroked="f" strokecolor="#ffffff" strokeweight="0.567pt"/>
        </w:pict>
      </w:r>
      <w:r>
        <w:pict>
          <v:rect id="text74" style="position:absolute;margin-left:485.4047pt;margin-top:251.5238pt;width:24.1512pt;height:31.9748pt;mso-position-horizontal-relative:page;mso-position-vertical-relative:page;z-index:74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5" style="position:absolute;margin-left:485.4047pt;margin-top:286.9569pt;width:24.1512pt;height:31.9748pt;mso-position-horizontal-relative:page;mso-position-vertical-relative:page;z-index:75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76" style="position:absolute;margin-left:485.4047pt;margin-top:322.3899pt;width:24.1512pt;height:31.9748pt;mso-position-horizontal-relative:page;mso-position-vertical-relative:page;z-index:76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77" style="position:absolute;margin-left:485.4047pt;margin-top:357.8230pt;width:24.1512pt;height:31.9748pt;mso-position-horizontal-relative:page;mso-position-vertical-relative:page;z-index:77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78" style="position:absolute;margin-left:485.4047pt;margin-top:393.2561pt;width:24.1512pt;height:31.9748pt;mso-position-horizontal-relative:page;mso-position-vertical-relative:page;z-index:78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79" style="position:absolute;margin-left:485.4047pt;margin-top:428.6891pt;width:24.1512pt;height:31.9748pt;mso-position-horizontal-relative:page;mso-position-vertical-relative:page;z-index:79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80" style="position:absolute;margin-left:465.1087pt;margin-top:649.1339pt;width:61.9087pt;height:0.5669pt;mso-position-horizontal-relative:page;mso-position-vertical-relative:page;z-index:80" filled="t" fillcolor="#c5bfb1" stroked="f" strokecolor="#ffffff" strokeweight="0.567pt"/>
        </w:pict>
      </w:r>
      <w:r>
        <w:pict>
          <v:rect id="text81" style="position:absolute;margin-left:465.1087pt;margin-top:673.1603pt;width:50.4567pt;height:14.2866pt;mso-position-horizontal-relative:page;mso-position-vertical-relative:page;z-index:8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82" style="position:absolute;margin-left:465.1087pt;margin-top:700.0214pt;width:53.4909pt;height:11.5654pt;mso-position-horizontal-relative:page;mso-position-vertical-relative:page;z-index:8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83" style="position:absolute;margin-left:465.1087pt;margin-top:756.7483pt;width:34.0938pt;height:21.4299pt;mso-position-horizontal-relative:page;mso-position-vertical-relative:page;z-index:83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84" style="position:absolute;margin-left:518.3433pt;margin-top:756.8504pt;width:8.5039pt;height:14.1732pt;mso-position-horizontal-relative:page;mso-position-vertical-relative:page;z-index:84" filled="t" fillcolor="#a27857" stroked="f" strokecolor="#ffffff" strokeweight="0.567pt"/>
        </w:pict>
      </w:r>
      <w:r>
        <w:pict>
          <v:rect id="shape85" style="position:absolute;margin-left:453.5433pt;margin-top:22.6772pt;width:85.0394pt;height:793.7008pt;mso-position-horizontal-relative:page;mso-position-vertical-relative:page;z-index:85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