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90.1417pt;margin-top:58.9606pt;width:17.0079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90.1417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0.7087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0.1417pt;margin-top:147.4016pt;width:103.1811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28.4094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128.4094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128.4094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128.4094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128.4094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128.4094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90.1417pt;margin-top:649.1339pt;width:103.1811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90.1417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0.1417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0.1417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78.8661pt;margin-top:756.8504pt;width:14.1732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246.0472pt;margin-top:58.9606pt;width:17.0079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246.0472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46.6142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46.0472pt;margin-top:147.4016pt;width:103.1811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84.3150pt;margin-top:246.7276pt;width:29.4803pt;height:39.9685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284.3150pt;margin-top:282.1606pt;width:29.4803pt;height:39.968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284.3150pt;margin-top:317.5937pt;width:29.4803pt;height:39.9685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284.3150pt;margin-top:353.0268pt;width:29.4803pt;height:39.968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284.3150pt;margin-top:388.4598pt;width:29.4803pt;height:39.968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284.3150pt;margin-top:423.8929pt;width:29.4803pt;height:39.968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246.0472pt;margin-top:649.1339pt;width:103.1811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246.047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46.047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46.0472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34.7717pt;margin-top:756.8504pt;width:14.1732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401.9528pt;margin-top:58.9606pt;width:17.0079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401.9528pt;margin-top:72.5102pt;width:58.2123pt;height:37.4173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02.5197pt;margin-top:108.963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01.9528pt;margin-top:147.4016pt;width:103.1811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440.2205pt;margin-top:246.7276pt;width:29.4803pt;height:39.9685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1" style="position:absolute;margin-left:440.2205pt;margin-top:282.1606pt;width:29.4803pt;height:39.968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2" style="position:absolute;margin-left:440.2205pt;margin-top:317.5937pt;width:29.4803pt;height:39.9685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3" style="position:absolute;margin-left:440.2205pt;margin-top:353.0268pt;width:29.4803pt;height:39.9685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4" style="position:absolute;margin-left:440.2205pt;margin-top:388.4598pt;width:29.4803pt;height:39.9685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5" style="position:absolute;margin-left:440.2205pt;margin-top:423.8929pt;width:29.4803pt;height:39.9685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6" style="position:absolute;margin-left:401.9528pt;margin-top:649.1339pt;width:103.1811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401.9528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01.9528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01.9528pt;margin-top:753.5339pt;width:41.9085pt;height:26.787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490.6772pt;margin-top:756.8504pt;width:14.1732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