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28.3465pt;margin-top:22.6772pt;width:170.0787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51.4772pt;margin-top:58.9606pt;width:20.4094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51.4772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52.1575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51.4772pt;margin-top:147.4016pt;width:123.8173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00.0630pt;margin-top:246.7276pt;width:29.4803pt;height:39.9685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" style="position:absolute;margin-left:100.0630pt;margin-top:282.1606pt;width:29.4803pt;height:39.968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8" style="position:absolute;margin-left:100.0630pt;margin-top:317.5937pt;width:29.4803pt;height:39.9685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9" style="position:absolute;margin-left:100.0630pt;margin-top:353.0268pt;width:29.4803pt;height:39.9685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0" style="position:absolute;margin-left:100.0630pt;margin-top:388.4598pt;width:29.4803pt;height:39.9685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1" style="position:absolute;margin-left:100.0630pt;margin-top:423.8929pt;width:29.4803pt;height:39.9685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2" style="position:absolute;margin-left:51.4772pt;margin-top:649.1339pt;width:123.8173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51.4772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51.4772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51.4772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57.9465pt;margin-top:756.8504pt;width:17.0079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28.3465pt;margin-top:22.6772pt;width:170.078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12.5984pt;margin-top:22.6772pt;width:170.0787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235.7291pt;margin-top:58.9606pt;width:20.4094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235.7291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36.4094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235.7291pt;margin-top:147.4016pt;width:123.8173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284.3150pt;margin-top:246.7276pt;width:29.4803pt;height:39.9685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4" style="position:absolute;margin-left:284.3150pt;margin-top:282.1606pt;width:29.4803pt;height:39.968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5" style="position:absolute;margin-left:284.3150pt;margin-top:317.5937pt;width:29.4803pt;height:39.9685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6" style="position:absolute;margin-left:284.3150pt;margin-top:353.0268pt;width:29.4803pt;height:39.9685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7" style="position:absolute;margin-left:284.3150pt;margin-top:388.4598pt;width:29.4803pt;height:39.9685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8" style="position:absolute;margin-left:284.3150pt;margin-top:423.8929pt;width:29.4803pt;height:39.9685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29" style="position:absolute;margin-left:235.7291pt;margin-top:649.1339pt;width:123.8173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235.7291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235.7291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235.7291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342.1984pt;margin-top:756.8504pt;width:17.0079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212.5984pt;margin-top:22.6772pt;width:170.0787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96.8504pt;margin-top:22.6772pt;width:170.0787pt;height:793.7008pt;mso-position-horizontal-relative:page;mso-position-vertical-relative:page;z-index:35" filled="t" fillcolor="#f7f4ed" stroked="f" strokecolor="#ffffff" strokeweight="0.567pt"/>
        </w:pict>
      </w:r>
      <w:r>
        <w:pict>
          <v:rect id="shape36" style="position:absolute;margin-left:419.9811pt;margin-top:58.9606pt;width:20.4094pt;height:2.2677pt;mso-position-horizontal-relative:page;mso-position-vertical-relative:page;z-index:36" filled="t" fillcolor="#a27857" stroked="f" strokecolor="#ffffff" strokeweight="0.567pt"/>
        </w:pict>
      </w:r>
      <w:r>
        <w:pict>
          <v:rect id="text37" style="position:absolute;margin-left:419.9811pt;margin-top:72.5102pt;width:58.2123pt;height:37.4173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420.6614pt;margin-top:108.9638pt;width:22.1102pt;height:14.4567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419.9811pt;margin-top:147.4016pt;width:123.8173pt;height:0.5669pt;mso-position-horizontal-relative:page;mso-position-vertical-relative:page;z-index:39" filled="t" fillcolor="#c5bfb1" stroked="f" strokecolor="#ffffff" strokeweight="0.567pt"/>
        </w:pict>
      </w:r>
      <w:r>
        <w:pict>
          <v:rect id="text40" style="position:absolute;margin-left:468.5669pt;margin-top:246.7276pt;width:29.4803pt;height:39.9685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41" style="position:absolute;margin-left:468.5669pt;margin-top:282.1606pt;width:29.4803pt;height:39.9685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42" style="position:absolute;margin-left:468.5669pt;margin-top:317.5937pt;width:29.4803pt;height:39.9685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43" style="position:absolute;margin-left:468.5669pt;margin-top:353.0268pt;width:29.4803pt;height:39.9685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44" style="position:absolute;margin-left:468.5669pt;margin-top:388.4598pt;width:29.4803pt;height:39.9685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45" style="position:absolute;margin-left:468.5669pt;margin-top:423.8929pt;width:29.4803pt;height:39.9685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46" style="position:absolute;margin-left:419.9811pt;margin-top:649.1339pt;width:123.8173pt;height:0.5669pt;mso-position-horizontal-relative:page;mso-position-vertical-relative:page;z-index:46" filled="t" fillcolor="#c5bfb1" stroked="f" strokecolor="#ffffff" strokeweight="0.567pt"/>
        </w:pict>
      </w:r>
      <w:r>
        <w:pict>
          <v:rect id="text47" style="position:absolute;margin-left:419.9811pt;margin-top:671.0173pt;width:62.3622pt;height:17.8583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419.9811pt;margin-top:698.2866pt;width:66.1550pt;height:14.4567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419.9811pt;margin-top:753.5339pt;width:41.9085pt;height:26.787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526.4504pt;margin-top:756.8504pt;width:17.0079pt;height:14.1732pt;mso-position-horizontal-relative:page;mso-position-vertical-relative:page;z-index:50" filled="t" fillcolor="#a27857" stroked="f" strokecolor="#ffffff" strokeweight="0.567pt"/>
        </w:pict>
      </w:r>
      <w:r>
        <w:pict>
          <v:rect id="shape51" style="position:absolute;margin-left:396.8504pt;margin-top:22.6772pt;width:170.0787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6cm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