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63.7795pt;margin-top:22.6772pt;width:226.7717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94.6205pt;margin-top:58.9606pt;width:27.2126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94.6205pt;margin-top:72.5102pt;width:58.2123pt;height:37.4173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95.5276pt;margin-top:108.963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94.6205pt;margin-top:147.4016pt;width:165.0898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163.8425pt;margin-top:246.7276pt;width:29.4803pt;height:39.9685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7" style="position:absolute;margin-left:163.8425pt;margin-top:282.1606pt;width:29.4803pt;height:39.968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8" style="position:absolute;margin-left:163.8425pt;margin-top:317.5937pt;width:29.4803pt;height:39.9685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9" style="position:absolute;margin-left:163.8425pt;margin-top:353.0268pt;width:29.4803pt;height:39.9685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0" style="position:absolute;margin-left:163.8425pt;margin-top:388.4598pt;width:29.4803pt;height:39.9685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1" style="position:absolute;margin-left:163.8425pt;margin-top:423.8929pt;width:29.4803pt;height:39.9685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2" style="position:absolute;margin-left:94.6205pt;margin-top:649.1339pt;width:165.0898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94.6205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94.6205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94.6205pt;margin-top:753.5339pt;width:41.9085pt;height:26.787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236.5795pt;margin-top:756.8504pt;width:22.6772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63.7795pt;margin-top:22.6772pt;width:226.7717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226.7717pt;height:793.7008pt;mso-position-horizontal-relative:page;mso-position-vertical-relative:page;z-index:18" filled="t" fillcolor="#f7f4ed" stroked="f" strokecolor="#ffffff" strokeweight="0.567pt"/>
        </w:pict>
      </w:r>
      <w:r>
        <w:pict>
          <v:rect id="shape19" style="position:absolute;margin-left:335.5654pt;margin-top:58.9606pt;width:27.2126pt;height:2.2677pt;mso-position-horizontal-relative:page;mso-position-vertical-relative:page;z-index:19" filled="t" fillcolor="#a27857" stroked="f" strokecolor="#ffffff" strokeweight="0.567pt"/>
        </w:pict>
      </w:r>
      <w:r>
        <w:pict>
          <v:rect id="text20" style="position:absolute;margin-left:335.5654pt;margin-top:72.5102pt;width:58.2123pt;height:37.4173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336.4724pt;margin-top:108.963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335.5654pt;margin-top:147.4016pt;width:165.0898pt;height:0.5669pt;mso-position-horizontal-relative:page;mso-position-vertical-relative:page;z-index:22" filled="t" fillcolor="#c5bfb1" stroked="f" strokecolor="#ffffff" strokeweight="0.567pt"/>
        </w:pict>
      </w:r>
      <w:r>
        <w:pict>
          <v:rect id="text23" style="position:absolute;margin-left:404.7874pt;margin-top:246.7276pt;width:29.4803pt;height:39.9685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24" style="position:absolute;margin-left:404.7874pt;margin-top:282.1606pt;width:29.4803pt;height:39.968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25" style="position:absolute;margin-left:404.7874pt;margin-top:317.5937pt;width:29.4803pt;height:39.9685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26" style="position:absolute;margin-left:404.7874pt;margin-top:353.0268pt;width:29.4803pt;height:39.9685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27" style="position:absolute;margin-left:404.7874pt;margin-top:388.4598pt;width:29.4803pt;height:39.9685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28" style="position:absolute;margin-left:404.7874pt;margin-top:423.8929pt;width:29.4803pt;height:39.9685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29" style="position:absolute;margin-left:335.5654pt;margin-top:649.1339pt;width:165.0898pt;height:0.5669pt;mso-position-horizontal-relative:page;mso-position-vertical-relative:page;z-index:29" filled="t" fillcolor="#c5bfb1" stroked="f" strokecolor="#ffffff" strokeweight="0.567pt"/>
        </w:pict>
      </w:r>
      <w:r>
        <w:pict>
          <v:rect id="text30" style="position:absolute;margin-left:335.5654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335.5654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335.5654pt;margin-top:753.5339pt;width:41.9085pt;height:26.787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477.5244pt;margin-top:756.8504pt;width:22.6772pt;height:14.1732pt;mso-position-horizontal-relative:page;mso-position-vertical-relative:page;z-index:33" filled="t" fillcolor="#a27857" stroked="f" strokecolor="#ffffff" strokeweight="0.567pt"/>
        </w:pict>
      </w:r>
      <w:r>
        <w:pict>
          <v:rect id="shape34" style="position:absolute;margin-left:304.7244pt;margin-top:22.6772pt;width:226.7717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8cm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