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35.4331pt;margin-top:22.6772pt;width:255.1181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70.1291pt;margin-top:58.9606pt;width:30.6142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70.1291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71.1496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70.1291pt;margin-top:147.4016pt;width:185.7260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149.6693pt;margin-top:246.7276pt;width:29.4803pt;height:39.9685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" style="position:absolute;margin-left:149.6693pt;margin-top:282.1606pt;width:29.4803pt;height:39.968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8" style="position:absolute;margin-left:149.6693pt;margin-top:317.5937pt;width:29.4803pt;height:39.9685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9" style="position:absolute;margin-left:149.6693pt;margin-top:353.0268pt;width:29.4803pt;height:39.9685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0" style="position:absolute;margin-left:149.6693pt;margin-top:388.4598pt;width:29.4803pt;height:39.9685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1" style="position:absolute;margin-left:149.6693pt;margin-top:423.8929pt;width:29.4803pt;height:39.9685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2" style="position:absolute;margin-left:70.1291pt;margin-top:649.1339pt;width:185.7260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70.1291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70.1291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70.1291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29.8331pt;margin-top:756.8504pt;width:25.5118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35.4331pt;margin-top:22.6772pt;width:255.1181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55.1181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339.4205pt;margin-top:58.9606pt;width:30.6142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339.4205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340.4409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9.4205pt;margin-top:147.4016pt;width:185.7260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418.9606pt;margin-top:246.7276pt;width:29.4803pt;height:39.9685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4" style="position:absolute;margin-left:418.9606pt;margin-top:282.1606pt;width:29.4803pt;height:39.968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5" style="position:absolute;margin-left:418.9606pt;margin-top:317.5937pt;width:29.4803pt;height:39.9685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6" style="position:absolute;margin-left:418.9606pt;margin-top:353.0268pt;width:29.4803pt;height:39.9685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7" style="position:absolute;margin-left:418.9606pt;margin-top:388.4598pt;width:29.4803pt;height:39.9685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8" style="position:absolute;margin-left:418.9606pt;margin-top:423.8929pt;width:29.4803pt;height:39.9685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29" style="position:absolute;margin-left:339.4205pt;margin-top:649.1339pt;width:185.7260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339.4205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9.4205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9.4205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99.1244pt;margin-top:756.8504pt;width:25.5118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304.7244pt;margin-top:22.6772pt;width:255.1181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9cm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