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49.6063pt;margin-top:22.6772pt;width:113.3858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49.6063pt;margin-top:22.6772pt;width:4.0819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64.1197pt;margin-top:53.8583pt;width:26.3055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69.0917pt;margin-top:63.5528pt;width:19.1962pt;height:22.1102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39.6120pt;margin-top:66.9317pt;width:10.7943pt;height:18.3685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64.1197pt;margin-top:115.0866pt;width:83.452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64.1197pt;margin-top:132.9222pt;width:47.6402pt;height:30.2740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64.5732pt;margin-top:166.5411pt;width:18.2551pt;height:11.5654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81.1276pt;margin-top:269.5975pt;width:53.1780pt;height:37.7575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10" style="position:absolute;margin-left:81.1276pt;margin-top:317.7865pt;width:53.1780pt;height:37.7575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11" style="position:absolute;margin-left:81.1276pt;margin-top:365.9754pt;width:53.1780pt;height:37.7575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12" style="position:absolute;margin-left:64.1197pt;margin-top:648.5669pt;width:83.452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64.1197pt;margin-top:673.1603pt;width:50.4567pt;height:14.2866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64.1197pt;margin-top:700.0214pt;width:53.4909pt;height:11.5654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64.1197pt;margin-top:757.3606pt;width:32.6052pt;height:20.4094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28.0693pt;margin-top:759.9685pt;width:19.5024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49.6063pt;margin-top:22.6772pt;width:113.3858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177.1654pt;margin-top:22.6772pt;width:113.3858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177.1654pt;margin-top:22.6772pt;width:4.0819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191.6787pt;margin-top:53.8583pt;width:26.3055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196.6507pt;margin-top:63.5528pt;width:19.1962pt;height:22.1102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267.1710pt;margin-top:66.9317pt;width:10.7943pt;height:18.3685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191.6787pt;margin-top:115.0866pt;width:83.452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191.6787pt;margin-top:132.9222pt;width:47.6402pt;height:30.2740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192.1323pt;margin-top:166.5411pt;width:18.2551pt;height:11.5654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08.6866pt;margin-top:269.5975pt;width:53.1780pt;height:37.7575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27" style="position:absolute;margin-left:208.6866pt;margin-top:317.7865pt;width:53.1780pt;height:37.7575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28" style="position:absolute;margin-left:208.6866pt;margin-top:365.9754pt;width:53.1780pt;height:37.7575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29" style="position:absolute;margin-left:191.6787pt;margin-top:648.5669pt;width:83.452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191.6787pt;margin-top:673.1603pt;width:50.4567pt;height:14.2866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191.6787pt;margin-top:700.0214pt;width:53.4909pt;height:11.5654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191.6787pt;margin-top:757.3606pt;width:32.6052pt;height:20.4094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255.6283pt;margin-top:759.9685pt;width:19.5024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177.1654pt;margin-top:22.6772pt;width:113.3858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04.7244pt;margin-top:22.6772pt;width:113.3858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04.7244pt;margin-top:22.6772pt;width:4.0819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319.2378pt;margin-top:53.8583pt;width:26.3055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324.2098pt;margin-top:63.5528pt;width:19.1962pt;height:22.1102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394.7301pt;margin-top:66.9317pt;width:10.7943pt;height:18.3685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319.2378pt;margin-top:115.0866pt;width:83.452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319.2378pt;margin-top:132.9222pt;width:47.6402pt;height:30.2740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319.6913pt;margin-top:166.5411pt;width:18.2551pt;height:11.5654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336.2457pt;margin-top:269.5975pt;width:53.1780pt;height:37.7575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44" style="position:absolute;margin-left:336.2457pt;margin-top:317.7865pt;width:53.1780pt;height:37.7575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45" style="position:absolute;margin-left:336.2457pt;margin-top:365.9754pt;width:53.1780pt;height:37.7575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46" style="position:absolute;margin-left:319.2378pt;margin-top:648.5669pt;width:83.452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319.2378pt;margin-top:673.1603pt;width:50.4567pt;height:14.2866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319.2378pt;margin-top:700.0214pt;width:53.4909pt;height:11.5654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319.2378pt;margin-top:757.3606pt;width:32.6052pt;height:20.4094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383.1874pt;margin-top:759.9685pt;width:19.5024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04.7244pt;margin-top:22.6772pt;width:113.3858pt;height:793.7008pt;mso-position-horizontal-relative:page;mso-position-vertical-relative:page;z-index:51" filled="f" fillcolor="#ffffff" stroked="t" strokecolor="#b8b8b8" strokeweight="0.283pt"/>
        </w:pict>
      </w:r>
      <w:r>
        <w:pict>
          <v:rect id="shape52" style="position:absolute;margin-left:432.2835pt;margin-top:22.6772pt;width:113.3858pt;height:793.7008pt;mso-position-horizontal-relative:page;mso-position-vertical-relative:page;z-index:52" filled="t" fillcolor="#ffffff" stroked="f" strokecolor="#ffffff" strokeweight="0.567pt"/>
        </w:pict>
      </w:r>
      <w:r>
        <w:pict>
          <v:rect id="shape53" style="position:absolute;margin-left:432.2835pt;margin-top:22.6772pt;width:4.0819pt;height:793.7008pt;mso-position-horizontal-relative:page;mso-position-vertical-relative:page;z-index:53" filled="t" fillcolor="#526e71" stroked="f" strokecolor="#ffffff" strokeweight="0.567pt"/>
        </w:pict>
      </w:r>
      <w:r>
        <w:pict>
          <v:rect id="shape54" style="position:absolute;margin-left:446.7969pt;margin-top:53.8583pt;width:26.3055pt;height:32.8819pt;mso-position-horizontal-relative:page;mso-position-vertical-relative:page;z-index:54" filled="t" fillcolor="#526e71" stroked="f" strokecolor="#ffffff" strokeweight="0.567pt"/>
        </w:pict>
      </w:r>
      <w:r>
        <w:pict>
          <v:rect id="text55" style="position:absolute;margin-left:451.7688pt;margin-top:63.5528pt;width:19.1962pt;height:22.1102pt;mso-position-horizontal-relative:page;mso-position-vertical-relative:page;z-index:55" filled="f" stroked="f">
            <v:textbox inset="0,0,0,0">
              <w:txbxContent>
                <w:p>
                  <w:pPr>
                    <w:spacing w:before="0" w:after="0" w:line="29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29"/>
                      <w:szCs w:val="29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6" style="position:absolute;margin-left:522.2891pt;margin-top:66.9317pt;width:10.7943pt;height:18.3685pt;mso-position-horizontal-relative:page;mso-position-vertical-relative:page;z-index:5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24"/>
                      <w:szCs w:val="24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57" style="position:absolute;margin-left:446.7969pt;margin-top:115.0866pt;width:83.4520pt;height:0.5669pt;mso-position-horizontal-relative:page;mso-position-vertical-relative:page;z-index:57" filled="t" fillcolor="#b5c3c4" stroked="f" strokecolor="#ffffff" strokeweight="0.567pt"/>
        </w:pict>
      </w:r>
      <w:r>
        <w:pict>
          <v:rect id="text58" style="position:absolute;margin-left:446.7969pt;margin-top:132.9222pt;width:47.6402pt;height:30.2740pt;mso-position-horizontal-relative:page;mso-position-vertical-relative:page;z-index:58" filled="f" stroked="f">
            <v:textbox inset="0,0,0,0">
              <w:txbxContent>
                <w:p>
                  <w:pPr>
                    <w:spacing w:before="0" w:after="0" w:line="4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40"/>
                      <w:szCs w:val="4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59" style="position:absolute;margin-left:447.2504pt;margin-top:166.5411pt;width:18.2551pt;height:11.5654pt;mso-position-horizontal-relative:page;mso-position-vertical-relative:page;z-index:59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60" style="position:absolute;margin-left:463.8047pt;margin-top:269.5975pt;width:53.1780pt;height:37.7575pt;mso-position-horizontal-relative:page;mso-position-vertical-relative:page;z-index:60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工事</w:t>
                  </w:r>
                </w:p>
              </w:txbxContent>
            </v:textbox>
          </v:rect>
        </w:pict>
      </w:r>
      <w:r>
        <w:pict>
          <v:rect id="text61" style="position:absolute;margin-left:463.8047pt;margin-top:317.7865pt;width:53.1780pt;height:37.7575pt;mso-position-horizontal-relative:page;mso-position-vertical-relative:page;z-index:6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関係</w:t>
                  </w:r>
                </w:p>
              </w:txbxContent>
            </v:textbox>
          </v:rect>
        </w:pict>
      </w:r>
      <w:r>
        <w:pict>
          <v:rect id="text62" style="position:absolute;margin-left:463.8047pt;margin-top:365.9754pt;width:53.1780pt;height:37.7575pt;mso-position-horizontal-relative:page;mso-position-vertical-relative:page;z-index:62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  <w:b/>
                    </w:rPr>
                    <w:t xml:space="preserve">書類</w:t>
                  </w:r>
                </w:p>
              </w:txbxContent>
            </v:textbox>
          </v:rect>
        </w:pict>
      </w:r>
      <w:r>
        <w:pict>
          <v:rect id="shape63" style="position:absolute;margin-left:446.7969pt;margin-top:648.5669pt;width:83.4520pt;height:0.5669pt;mso-position-horizontal-relative:page;mso-position-vertical-relative:page;z-index:63" filled="t" fillcolor="#b5c3c4" stroked="f" strokecolor="#ffffff" strokeweight="0.567pt"/>
        </w:pict>
      </w:r>
      <w:r>
        <w:pict>
          <v:rect id="text64" style="position:absolute;margin-left:446.7969pt;margin-top:673.1603pt;width:50.4567pt;height:14.2866pt;mso-position-horizontal-relative:page;mso-position-vertical-relative:page;z-index:6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19"/>
                      <w:szCs w:val="19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65" style="position:absolute;margin-left:446.7969pt;margin-top:700.0214pt;width:53.4909pt;height:11.5654pt;mso-position-horizontal-relative:page;mso-position-vertical-relative:page;z-index:65" filled="f" stroked="f">
            <v:textbox inset="0,0,0,0">
              <w:txbxContent>
                <w:p>
                  <w:pPr>
                    <w:spacing w:before="0" w:after="0" w:line="15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5"/>
                      <w:szCs w:val="15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66" style="position:absolute;margin-left:446.7969pt;margin-top:757.3606pt;width:32.6052pt;height:20.4094pt;mso-position-horizontal-relative:page;mso-position-vertical-relative:page;z-index:66" filled="f" stroked="f">
            <v:textbox inset="0,0,0,0">
              <w:txbxContent>
                <w:p>
                  <w:pPr>
                    <w:spacing w:before="0" w:after="0" w:line="27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7"/>
                      <w:szCs w:val="27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67" style="position:absolute;margin-left:510.7465pt;margin-top:759.9685pt;width:19.5024pt;height:0.8504pt;mso-position-horizontal-relative:page;mso-position-vertical-relative:page;z-index:67" filled="t" fillcolor="#526e71" stroked="f" strokecolor="#ffffff" strokeweight="0.567pt"/>
        </w:pict>
      </w:r>
      <w:r>
        <w:pict>
          <v:rect id="shape68" style="position:absolute;margin-left:432.2835pt;margin-top:22.6772pt;width:113.3858pt;height:793.7008pt;mso-position-horizontal-relative:page;mso-position-vertical-relative:page;z-index:68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4cm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