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70.8661pt;margin-top:22.6772pt;width:5.1024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89.0079pt;margin-top:53.8583pt;width:32.8819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95.2228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83.3732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89.0079pt;margin-top:115.0866pt;width:104.315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89.0079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89.5748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10.2677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110.2677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110.2677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89.0079pt;margin-top:648.5669pt;width:104.315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89.0079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89.0079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89.0079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68.9449pt;margin-top:759.9685pt;width:24.3780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26.7717pt;margin-top:22.6772pt;width:5.1024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244.9134pt;margin-top:53.8583pt;width:32.8819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251.1283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339.2787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244.9134pt;margin-top:115.0866pt;width:104.315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244.9134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245.4803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66.1732pt;margin-top:263.9339pt;width:65.7638pt;height:47.1969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266.1732pt;margin-top:312.1228pt;width:65.7638pt;height:47.1969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266.1732pt;margin-top:360.3118pt;width:65.7638pt;height:47.1969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244.9134pt;margin-top:648.5669pt;width:104.315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244.9134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44.9134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44.9134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24.8504pt;margin-top:759.9685pt;width:24.3780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82.6772pt;margin-top:22.6772pt;width:5.1024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400.8189pt;margin-top:53.8583pt;width:32.8819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407.0339pt;margin-top:60.2362pt;width:23.2866pt;height:27.6378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495.1843pt;margin-top:64.1764pt;width:12.7843pt;height:22.9606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400.8189pt;margin-top:115.0866pt;width:104.315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400.8189pt;margin-top:128.3811pt;width:58.8416pt;height:37.842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401.3858pt;margin-top:164.8063pt;width:22.1102pt;height:14.4567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422.0787pt;margin-top:263.9339pt;width:65.7638pt;height:47.1969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44" style="position:absolute;margin-left:422.0787pt;margin-top:312.1228pt;width:65.7638pt;height:47.1969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45" style="position:absolute;margin-left:422.0787pt;margin-top:360.3118pt;width:65.7638pt;height:47.1969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46" style="position:absolute;margin-left:400.8189pt;margin-top:648.5669pt;width:104.315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400.8189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00.8189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00.8189pt;margin-top:754.2992pt;width:40.0479pt;height:25.5118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480.7559pt;margin-top:759.9685pt;width:24.3780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