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28.3465pt;margin-top:22.6772pt;width:170.078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28.3465pt;margin-top:22.6772pt;width:6.1228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50.1165pt;margin-top:53.8583pt;width:39.4583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59.6197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65.3449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50.1165pt;margin-top:115.0866pt;width:125.178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50.1165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50.7969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81.9213pt;margin-top:263.9339pt;width:65.7638pt;height:47.1969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81.9213pt;margin-top:312.1228pt;width:65.7638pt;height:47.1969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81.9213pt;margin-top:360.3118pt;width:65.7638pt;height:47.1969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50.1165pt;margin-top:648.5669pt;width:125.178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50.1165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50.1165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50.1165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46.0409pt;margin-top:759.9685pt;width:29.2535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28.3465pt;margin-top:22.6772pt;width:170.078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12.5984pt;margin-top:22.6772pt;width:170.078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12.5984pt;margin-top:22.6772pt;width:6.1228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234.3685pt;margin-top:53.8583pt;width:39.4583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243.8717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349.5969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234.3685pt;margin-top:115.0866pt;width:125.178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234.3685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235.0488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266.1732pt;margin-top:263.9339pt;width:65.7638pt;height:47.1969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27" style="position:absolute;margin-left:266.1732pt;margin-top:312.1228pt;width:65.7638pt;height:47.1969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28" style="position:absolute;margin-left:266.1732pt;margin-top:360.3118pt;width:65.7638pt;height:47.1969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29" style="position:absolute;margin-left:234.3685pt;margin-top:648.5669pt;width:125.178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234.3685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34.3685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34.3685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30.2929pt;margin-top:759.9685pt;width:29.2535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212.5984pt;margin-top:22.6772pt;width:170.0787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96.8504pt;margin-top:22.6772pt;width:170.0787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96.8504pt;margin-top:22.6772pt;width:6.1228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418.6205pt;margin-top:53.8583pt;width:39.4583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428.1236pt;margin-top:60.2362pt;width:23.2866pt;height:27.6378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533.8488pt;margin-top:64.1764pt;width:12.7843pt;height:22.9606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418.6205pt;margin-top:115.0866pt;width:125.178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418.6205pt;margin-top:128.3811pt;width:58.8416pt;height:37.8425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419.3008pt;margin-top:164.8063pt;width:22.1102pt;height:14.4567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450.4252pt;margin-top:263.9339pt;width:65.7638pt;height:47.1969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44" style="position:absolute;margin-left:450.4252pt;margin-top:312.1228pt;width:65.7638pt;height:47.1969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45" style="position:absolute;margin-left:450.4252pt;margin-top:360.3118pt;width:65.7638pt;height:47.1969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46" style="position:absolute;margin-left:418.6205pt;margin-top:648.5669pt;width:125.178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418.6205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18.6205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18.6205pt;margin-top:754.2992pt;width:40.0479pt;height:25.5118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514.5449pt;margin-top:759.9685pt;width:29.2535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396.8504pt;margin-top:22.6772pt;width:170.0787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6cm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