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35.4331pt;margin-top:22.6772pt;width:255.1181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35.4331pt;margin-top:22.6772pt;width:9.1843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68.0882pt;margin-top:53.8583pt;width:59.1874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87.4559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245.9055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68.0882pt;margin-top:115.0866pt;width:187.7669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68.0882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69.1087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131.5276pt;margin-top:263.9339pt;width:65.7638pt;height:47.1969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10" style="position:absolute;margin-left:131.5276pt;margin-top:312.1228pt;width:65.7638pt;height:47.1969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11" style="position:absolute;margin-left:131.5276pt;margin-top:360.3118pt;width:65.7638pt;height:47.1969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12" style="position:absolute;margin-left:68.0882pt;margin-top:648.5669pt;width:187.7669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68.0882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68.0882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68.0882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11.9748pt;margin-top:759.9685pt;width:43.8803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35.4331pt;margin-top:22.6772pt;width:255.1181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55.1181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9.1843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337.3795pt;margin-top:53.8583pt;width:59.1874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356.7472pt;margin-top:60.2362pt;width:23.2866pt;height:27.6378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515.1969pt;margin-top:64.1764pt;width:12.7843pt;height:22.9606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337.3795pt;margin-top:115.0866pt;width:187.7669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337.3795pt;margin-top:128.3811pt;width:58.8416pt;height:37.842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338.4000pt;margin-top:164.8063pt;width:22.1102pt;height:14.4567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400.8189pt;margin-top:263.9339pt;width:65.7638pt;height:47.1969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27" style="position:absolute;margin-left:400.8189pt;margin-top:312.1228pt;width:65.7638pt;height:47.1969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28" style="position:absolute;margin-left:400.8189pt;margin-top:360.3118pt;width:65.7638pt;height:47.1969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29" style="position:absolute;margin-left:337.3795pt;margin-top:648.5669pt;width:187.7669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337.3795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7.3795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7.3795pt;margin-top:754.2992pt;width:40.0479pt;height:25.5118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81.2661pt;margin-top:759.9685pt;width:43.8803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304.7244pt;margin-top:22.6772pt;width:255.1181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9cm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