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56.6929pt;margin-top:22.6772pt;width:85.0394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56.6929pt;margin-top:22.6772pt;width:85.0394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76.0547pt;margin-top:62.2942pt;width:49.1505pt;height:31.2945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91.5024pt;margin-top:98.5096pt;width:18.2551pt;height:11.5654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68.9386pt;margin-top:133.7953pt;width:60.5480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88.7929pt;margin-top:164.9083pt;width:23.6741pt;height:14.2866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83.0483pt;margin-top:238.1102pt;width:32.3286pt;height:246.6142pt;mso-position-horizontal-relative:page;mso-position-vertical-relative:page;z-index:7" filled="f" stroked="f">
            <v:textbox inset="0,0,0,0" style="layout-flow:vertical;mso-layout-flow-alt:top-to-bottom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3" style="position:absolute;margin-left:68.9386pt;margin-top:657.6378pt;width:60.5480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74.8346pt;margin-top:682.8775pt;width:51.5906pt;height:14.6268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73.8845pt;margin-top:710.7931pt;width:53.4909pt;height:11.565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95.1307pt;margin-top:768.1890pt;width:8.1638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56.6929pt;margin-top:22.6772pt;width:85.0394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155.9055pt;margin-top:22.6772pt;width:85.0394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155.9055pt;margin-top:22.6772pt;width:85.0394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175.2673pt;margin-top:62.2942pt;width:49.1505pt;height:31.2945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190.7150pt;margin-top:98.5096pt;width:18.2551pt;height:11.5654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168.1512pt;margin-top:133.7953pt;width:60.5480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188.0055pt;margin-top:164.9083pt;width:23.6741pt;height:14.2866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182.2609pt;margin-top:238.1102pt;width:32.3286pt;height:246.6142pt;mso-position-horizontal-relative:page;mso-position-vertical-relative:page;z-index:24" filled="f" stroked="f">
            <v:textbox inset="0,0,0,0" style="layout-flow:vertical;mso-layout-flow-alt:top-to-bottom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30" style="position:absolute;margin-left:168.1512pt;margin-top:657.6378pt;width:60.5480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174.0472pt;margin-top:682.8775pt;width:51.5906pt;height:14.6268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173.0971pt;margin-top:710.7931pt;width:53.4909pt;height:11.565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194.3433pt;margin-top:768.1890pt;width:8.1638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155.9055pt;margin-top:22.6772pt;width:85.0394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255.1181pt;margin-top:22.6772pt;width:85.0394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255.1181pt;margin-top:22.6772pt;width:85.0394pt;height:4.5354pt;mso-position-horizontal-relative:page;mso-position-vertical-relative:page;z-index:36" filled="t" fillcolor="#243e4e" stroked="f" strokecolor="#ffffff" strokeweight="0.567pt"/>
        </w:pict>
      </w:r>
      <w:r>
        <w:pict>
          <v:rect id="text37" style="position:absolute;margin-left:274.4799pt;margin-top:62.2942pt;width:49.1505pt;height:31.2945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289.9276pt;margin-top:98.5096pt;width:18.2551pt;height:11.5654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267.3638pt;margin-top:133.7953pt;width:60.5480pt;height:0.5669pt;mso-position-horizontal-relative:page;mso-position-vertical-relative:page;z-index:39" filled="t" fillcolor="#a9b4b9" stroked="f" strokecolor="#ffffff" strokeweight="0.567pt"/>
        </w:pict>
      </w:r>
      <w:r>
        <w:pict>
          <v:rect id="text40" style="position:absolute;margin-left:287.2181pt;margin-top:164.9083pt;width:23.6741pt;height:14.2866pt;mso-position-horizontal-relative:page;mso-position-vertical-relative:page;z-index:40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41" style="position:absolute;margin-left:281.4735pt;margin-top:238.1102pt;width:32.3286pt;height:246.6142pt;mso-position-horizontal-relative:page;mso-position-vertical-relative:page;z-index:41" filled="f" stroked="f">
            <v:textbox inset="0,0,0,0" style="layout-flow:vertical;mso-layout-flow-alt:top-to-bottom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47" style="position:absolute;margin-left:267.3638pt;margin-top:657.6378pt;width:60.5480pt;height:0.5669pt;mso-position-horizontal-relative:page;mso-position-vertical-relative:page;z-index:47" filled="t" fillcolor="#a9b4b9" stroked="f" strokecolor="#ffffff" strokeweight="0.567pt"/>
        </w:pict>
      </w:r>
      <w:r>
        <w:pict>
          <v:rect id="text48" style="position:absolute;margin-left:273.2598pt;margin-top:682.8775pt;width:51.5906pt;height:14.6268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9" style="position:absolute;margin-left:272.3097pt;margin-top:710.7931pt;width:53.4909pt;height:11.5654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50" style="position:absolute;margin-left:293.5559pt;margin-top:768.1890pt;width:8.1638pt;height:1.4173pt;mso-position-horizontal-relative:page;mso-position-vertical-relative:page;z-index:50" filled="t" fillcolor="#243e4e" stroked="f" strokecolor="#ffffff" strokeweight="0.567pt"/>
        </w:pict>
      </w:r>
      <w:r>
        <w:pict>
          <v:rect id="shape51" style="position:absolute;margin-left:255.1181pt;margin-top:22.6772pt;width:85.0394pt;height:793.7008pt;mso-position-horizontal-relative:page;mso-position-vertical-relative:page;z-index:51" filled="f" fillcolor="#ffffff" stroked="t" strokecolor="#b8b8b8" strokeweight="0.283pt"/>
        </w:pict>
      </w:r>
      <w:r>
        <w:pict>
          <v:rect id="shape52" style="position:absolute;margin-left:354.3307pt;margin-top:22.6772pt;width:85.0394pt;height:793.7008pt;mso-position-horizontal-relative:page;mso-position-vertical-relative:page;z-index:52" filled="t" fillcolor="#ffffff" stroked="f" strokecolor="#ffffff" strokeweight="0.567pt"/>
        </w:pict>
      </w:r>
      <w:r>
        <w:pict>
          <v:rect id="shape53" style="position:absolute;margin-left:354.3307pt;margin-top:22.6772pt;width:85.0394pt;height:4.5354pt;mso-position-horizontal-relative:page;mso-position-vertical-relative:page;z-index:53" filled="t" fillcolor="#243e4e" stroked="f" strokecolor="#ffffff" strokeweight="0.567pt"/>
        </w:pict>
      </w:r>
      <w:r>
        <w:pict>
          <v:rect id="text54" style="position:absolute;margin-left:373.6925pt;margin-top:62.2942pt;width:49.1505pt;height:31.2945pt;mso-position-horizontal-relative:page;mso-position-vertical-relative:page;z-index:54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55" style="position:absolute;margin-left:389.1402pt;margin-top:98.5096pt;width:18.2551pt;height:11.5654pt;mso-position-horizontal-relative:page;mso-position-vertical-relative:page;z-index:5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6" style="position:absolute;margin-left:366.5764pt;margin-top:133.7953pt;width:60.5480pt;height:0.5669pt;mso-position-horizontal-relative:page;mso-position-vertical-relative:page;z-index:56" filled="t" fillcolor="#a9b4b9" stroked="f" strokecolor="#ffffff" strokeweight="0.567pt"/>
        </w:pict>
      </w:r>
      <w:r>
        <w:pict>
          <v:rect id="text57" style="position:absolute;margin-left:386.4307pt;margin-top:164.9083pt;width:23.6741pt;height:14.2866pt;mso-position-horizontal-relative:page;mso-position-vertical-relative:page;z-index:57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58" style="position:absolute;margin-left:380.6861pt;margin-top:238.1102pt;width:32.3286pt;height:246.6142pt;mso-position-horizontal-relative:page;mso-position-vertical-relative:page;z-index:58" filled="f" stroked="f">
            <v:textbox inset="0,0,0,0" style="layout-flow:vertical;mso-layout-flow-alt:top-to-bottom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64" style="position:absolute;margin-left:366.5764pt;margin-top:657.6378pt;width:60.5480pt;height:0.5669pt;mso-position-horizontal-relative:page;mso-position-vertical-relative:page;z-index:64" filled="t" fillcolor="#a9b4b9" stroked="f" strokecolor="#ffffff" strokeweight="0.567pt"/>
        </w:pict>
      </w:r>
      <w:r>
        <w:pict>
          <v:rect id="text65" style="position:absolute;margin-left:372.4724pt;margin-top:682.8775pt;width:51.5906pt;height:14.6268pt;mso-position-horizontal-relative:page;mso-position-vertical-relative:page;z-index:65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66" style="position:absolute;margin-left:371.5223pt;margin-top:710.7931pt;width:53.4909pt;height:11.5654pt;mso-position-horizontal-relative:page;mso-position-vertical-relative:page;z-index:66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67" style="position:absolute;margin-left:392.7685pt;margin-top:768.1890pt;width:8.1638pt;height:1.4173pt;mso-position-horizontal-relative:page;mso-position-vertical-relative:page;z-index:67" filled="t" fillcolor="#243e4e" stroked="f" strokecolor="#ffffff" strokeweight="0.567pt"/>
        </w:pict>
      </w:r>
      <w:r>
        <w:pict>
          <v:rect id="shape68" style="position:absolute;margin-left:354.3307pt;margin-top:22.6772pt;width:85.0394pt;height:793.7008pt;mso-position-horizontal-relative:page;mso-position-vertical-relative:page;z-index:68" filled="f" fillcolor="#ffffff" stroked="t" strokecolor="#b8b8b8" strokeweight="0.283pt"/>
        </w:pict>
      </w:r>
      <w:r>
        <w:pict>
          <v:rect id="shape69" style="position:absolute;margin-left:453.5433pt;margin-top:22.6772pt;width:85.0394pt;height:793.7008pt;mso-position-horizontal-relative:page;mso-position-vertical-relative:page;z-index:69" filled="t" fillcolor="#ffffff" stroked="f" strokecolor="#ffffff" strokeweight="0.567pt"/>
        </w:pict>
      </w:r>
      <w:r>
        <w:pict>
          <v:rect id="shape70" style="position:absolute;margin-left:453.5433pt;margin-top:22.6772pt;width:85.0394pt;height:4.5354pt;mso-position-horizontal-relative:page;mso-position-vertical-relative:page;z-index:70" filled="t" fillcolor="#243e4e" stroked="f" strokecolor="#ffffff" strokeweight="0.567pt"/>
        </w:pict>
      </w:r>
      <w:r>
        <w:pict>
          <v:rect id="text71" style="position:absolute;margin-left:472.9051pt;margin-top:62.2942pt;width:49.1505pt;height:31.2945pt;mso-position-horizontal-relative:page;mso-position-vertical-relative:page;z-index:71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72" style="position:absolute;margin-left:488.3528pt;margin-top:98.5096pt;width:18.2551pt;height:11.5654pt;mso-position-horizontal-relative:page;mso-position-vertical-relative:page;z-index:7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73" style="position:absolute;margin-left:465.7890pt;margin-top:133.7953pt;width:60.5480pt;height:0.5669pt;mso-position-horizontal-relative:page;mso-position-vertical-relative:page;z-index:73" filled="t" fillcolor="#a9b4b9" stroked="f" strokecolor="#ffffff" strokeweight="0.567pt"/>
        </w:pict>
      </w:r>
      <w:r>
        <w:pict>
          <v:rect id="text74" style="position:absolute;margin-left:485.6433pt;margin-top:164.9083pt;width:23.6741pt;height:14.2866pt;mso-position-horizontal-relative:page;mso-position-vertical-relative:page;z-index:7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5" style="position:absolute;margin-left:479.8987pt;margin-top:238.1102pt;width:32.3286pt;height:246.6142pt;mso-position-horizontal-relative:page;mso-position-vertical-relative:page;z-index:75" filled="f" stroked="f">
            <v:textbox inset="0,0,0,0" style="layout-flow:vertical;mso-layout-flow-alt:top-to-bottom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81" style="position:absolute;margin-left:465.7890pt;margin-top:657.6378pt;width:60.5480pt;height:0.5669pt;mso-position-horizontal-relative:page;mso-position-vertical-relative:page;z-index:81" filled="t" fillcolor="#a9b4b9" stroked="f" strokecolor="#ffffff" strokeweight="0.567pt"/>
        </w:pict>
      </w:r>
      <w:r>
        <w:pict>
          <v:rect id="text82" style="position:absolute;margin-left:471.6850pt;margin-top:682.8775pt;width:51.5906pt;height:14.6268pt;mso-position-horizontal-relative:page;mso-position-vertical-relative:page;z-index:82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83" style="position:absolute;margin-left:470.7349pt;margin-top:710.7931pt;width:53.4909pt;height:11.5654pt;mso-position-horizontal-relative:page;mso-position-vertical-relative:page;z-index:83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84" style="position:absolute;margin-left:491.9811pt;margin-top:768.1890pt;width:8.1638pt;height:1.4173pt;mso-position-horizontal-relative:page;mso-position-vertical-relative:page;z-index:84" filled="t" fillcolor="#243e4e" stroked="f" strokecolor="#ffffff" strokeweight="0.567pt"/>
        </w:pict>
      </w:r>
      <w:r>
        <w:pict>
          <v:rect id="shape85" style="position:absolute;margin-left:453.5433pt;margin-top:22.6772pt;width:85.0394pt;height:793.7008pt;mso-position-horizontal-relative:page;mso-position-vertical-relative:page;z-index:85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