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49.6063pt;margin-top:22.6772pt;width:113.3858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83.1413pt;margin-top:62.2942pt;width:49.1505pt;height:31.2945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8.5890pt;margin-top:98.509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5.9339pt;margin-top:133.7953pt;width:80.7307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95.8795pt;margin-top:164.9083pt;width:23.6741pt;height:14.2866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90.1349pt;margin-top:238.1102pt;width:32.3286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65.9339pt;margin-top:657.6378pt;width:80.7307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81.9213pt;margin-top:682.8775pt;width:51.5906pt;height:14.6268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80.9711pt;margin-top:710.7931pt;width:53.4909pt;height:11.565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00.8567pt;margin-top:768.1890pt;width:10.8850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77.1654pt;margin-top:22.6772pt;width:113.3858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10.7003pt;margin-top:62.2942pt;width:49.1505pt;height:31.2945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26.1480pt;margin-top:98.509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93.4929pt;margin-top:133.7953pt;width:80.7307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23.4386pt;margin-top:164.9083pt;width:23.6741pt;height:14.2866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17.6940pt;margin-top:238.1102pt;width:32.3286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193.4929pt;margin-top:657.6378pt;width:80.7307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09.4803pt;margin-top:682.8775pt;width:51.5906pt;height:14.6268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08.5301pt;margin-top:710.7931pt;width:53.4909pt;height:11.565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28.4157pt;margin-top:768.1890pt;width:10.8850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04.7244pt;margin-top:22.6772pt;width:113.3858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338.2594pt;margin-top:62.2942pt;width:49.1505pt;height:31.2945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353.7071pt;margin-top:98.509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321.0520pt;margin-top:133.7953pt;width:80.7307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350.9976pt;margin-top:164.9083pt;width:23.6741pt;height:14.2866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345.2530pt;margin-top:238.1102pt;width:32.3286pt;height:246.6142pt;mso-position-horizontal-relative:page;mso-position-vertical-relative:page;z-index:41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7" style="position:absolute;margin-left:321.0520pt;margin-top:657.6378pt;width:80.7307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337.0394pt;margin-top:682.8775pt;width:51.5906pt;height:14.6268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336.0892pt;margin-top:710.7931pt;width:53.4909pt;height:11.565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355.9748pt;margin-top:768.1890pt;width:10.8850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432.2835pt;margin-top:22.6772pt;width:113.3858pt;height:4.5354pt;mso-position-horizontal-relative:page;mso-position-vertical-relative:page;z-index:53" filled="t" fillcolor="#243e4e" stroked="f" strokecolor="#ffffff" strokeweight="0.567pt"/>
        </w:pict>
      </w:r>
      <w:r>
        <w:pict>
          <v:rect id="text54" style="position:absolute;margin-left:465.8185pt;margin-top:62.2942pt;width:49.1505pt;height:31.2945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481.2661pt;margin-top:98.509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448.6110pt;margin-top:133.7953pt;width:80.7307pt;height:0.5669pt;mso-position-horizontal-relative:page;mso-position-vertical-relative:page;z-index:56" filled="t" fillcolor="#a9b4b9" stroked="f" strokecolor="#ffffff" strokeweight="0.567pt"/>
        </w:pict>
      </w:r>
      <w:r>
        <w:pict>
          <v:rect id="text57" style="position:absolute;margin-left:478.5567pt;margin-top:164.9083pt;width:23.6741pt;height:14.2866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58" style="position:absolute;margin-left:472.8121pt;margin-top:238.1102pt;width:32.3286pt;height:246.6142pt;mso-position-horizontal-relative:page;mso-position-vertical-relative:page;z-index:58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4" style="position:absolute;margin-left:448.6110pt;margin-top:657.6378pt;width:80.7307pt;height:0.5669pt;mso-position-horizontal-relative:page;mso-position-vertical-relative:page;z-index:64" filled="t" fillcolor="#a9b4b9" stroked="f" strokecolor="#ffffff" strokeweight="0.567pt"/>
        </w:pict>
      </w:r>
      <w:r>
        <w:pict>
          <v:rect id="text65" style="position:absolute;margin-left:464.5984pt;margin-top:682.8775pt;width:51.5906pt;height:14.6268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6" style="position:absolute;margin-left:463.6483pt;margin-top:710.7931pt;width:53.4909pt;height:11.565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67" style="position:absolute;margin-left:483.5339pt;margin-top:768.1890pt;width:10.8850pt;height:1.4173pt;mso-position-horizontal-relative:page;mso-position-vertical-relative:page;z-index:67" filled="t" fillcolor="#243e4e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