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70.8661pt;margin-top:22.6772pt;width:141.7323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70.8661pt;margin-top:22.6772pt;width:141.7323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12.7849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32.0945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1.2756pt;margin-top:133.7953pt;width:100.9134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28.7077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21.5269pt;margin-top:238.1102pt;width:48.9827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91.2756pt;margin-top:657.6378pt;width:100.9134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11.2598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10.0721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34.9291pt;margin-top:768.1890pt;width:13.6063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70.8661pt;margin-top:22.6772pt;width:141.7323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26.7717pt;margin-top:22.6772pt;width:141.7323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26.7717pt;margin-top:22.6772pt;width:141.7323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268.6904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88.0000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47.1811pt;margin-top:133.7953pt;width:100.9134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284.6132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277.4324pt;margin-top:238.1102pt;width:48.9827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247.1811pt;margin-top:657.6378pt;width:100.9134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267.1654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265.9776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290.8346pt;margin-top:768.1890pt;width:13.6063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226.7717pt;margin-top:22.6772pt;width:141.7323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82.6772pt;margin-top:22.6772pt;width:141.7323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82.6772pt;margin-top:22.6772pt;width:141.7323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424.5959pt;margin-top:57.6000pt;width:60.7294pt;height:39.1181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43.9055pt;margin-top:96.774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03.0866pt;margin-top:133.7953pt;width:100.9134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440.5187pt;margin-top:162.7654pt;width:28.8839pt;height:17.8583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433.3380pt;margin-top:238.1102pt;width:48.9827pt;height:246.6142pt;mso-position-horizontal-relative:page;mso-position-vertical-relative:page;z-index:41" filled="f" stroked="f">
            <v:textbox inset="0,0,0,0" style="layout-flow:vertical;mso-layout-flow-alt:top-to-bottom">
              <w:txbxContent>
                <w:p>
                  <w:pPr/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7" style="position:absolute;margin-left:403.0866pt;margin-top:657.6378pt;width:100.9134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423.0709pt;margin-top:680.6835pt;width:63.7795pt;height:18.2835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421.8831pt;margin-top:709.0583pt;width:66.1550pt;height:14.4567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446.7402pt;margin-top:768.1890pt;width:13.6063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382.6772pt;margin-top:22.6772pt;width:141.7323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5cm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