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28.3465pt;margin-top:22.6772pt;width:170.0787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28.3465pt;margin-top:22.6772pt;width:170.0787pt;height:4.5354pt;mso-position-horizontal-relative:page;mso-position-vertical-relative:page;z-index:2" filled="t" fillcolor="#243e4e" stroked="f" strokecolor="#ffffff" strokeweight="0.567pt"/>
        </w:pict>
      </w:r>
      <w:r>
        <w:pict>
          <v:rect id="text3" style="position:absolute;margin-left:84.4384pt;margin-top:57.6000pt;width:60.7294pt;height:39.1181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103.7480pt;margin-top:96.774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52.8378pt;margin-top:133.7953pt;width:121.0961pt;height:0.5669pt;mso-position-horizontal-relative:page;mso-position-vertical-relative:page;z-index:5" filled="t" fillcolor="#a9b4b9" stroked="f" strokecolor="#ffffff" strokeweight="0.567pt"/>
        </w:pict>
      </w:r>
      <w:r>
        <w:pict>
          <v:rect id="text6" style="position:absolute;margin-left:100.3612pt;margin-top:162.7654pt;width:28.8839pt;height:17.8583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7" style="position:absolute;margin-left:93.1805pt;margin-top:238.1102pt;width:40.4107pt;height:246.6142pt;mso-position-horizontal-relative:page;mso-position-vertical-relative:page;z-index:7" filled="f" stroked="f">
            <v:textbox inset="0,0,0,0" style="layout-flow:vertical;mso-layout-flow-alt:top-to-bottom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3" style="position:absolute;margin-left:52.8378pt;margin-top:657.6378pt;width:121.0961pt;height:0.5669pt;mso-position-horizontal-relative:page;mso-position-vertical-relative:page;z-index:13" filled="t" fillcolor="#a9b4b9" stroked="f" strokecolor="#ffffff" strokeweight="0.567pt"/>
        </w:pict>
      </w:r>
      <w:r>
        <w:pict>
          <v:rect id="text14" style="position:absolute;margin-left:82.9134pt;margin-top:680.6835pt;width:63.7795pt;height:18.2835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5" style="position:absolute;margin-left:81.7257pt;margin-top:709.0583pt;width:66.1550pt;height:14.4567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16" style="position:absolute;margin-left:105.2220pt;margin-top:768.1890pt;width:16.3276pt;height:1.4173pt;mso-position-horizontal-relative:page;mso-position-vertical-relative:page;z-index:16" filled="t" fillcolor="#243e4e" stroked="f" strokecolor="#ffffff" strokeweight="0.567pt"/>
        </w:pict>
      </w:r>
      <w:r>
        <w:pict>
          <v:rect id="shape17" style="position:absolute;margin-left:28.3465pt;margin-top:22.6772pt;width:170.0787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212.5984pt;margin-top:22.6772pt;width:170.0787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212.5984pt;margin-top:22.6772pt;width:170.0787pt;height:4.5354pt;mso-position-horizontal-relative:page;mso-position-vertical-relative:page;z-index:19" filled="t" fillcolor="#243e4e" stroked="f" strokecolor="#ffffff" strokeweight="0.567pt"/>
        </w:pict>
      </w:r>
      <w:r>
        <w:pict>
          <v:rect id="text20" style="position:absolute;margin-left:268.6904pt;margin-top:57.6000pt;width:60.7294pt;height:39.1181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288.0000pt;margin-top:96.7748pt;width:22.1102pt;height:14.4567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237.0898pt;margin-top:133.7953pt;width:121.0961pt;height:0.5669pt;mso-position-horizontal-relative:page;mso-position-vertical-relative:page;z-index:22" filled="t" fillcolor="#a9b4b9" stroked="f" strokecolor="#ffffff" strokeweight="0.567pt"/>
        </w:pict>
      </w:r>
      <w:r>
        <w:pict>
          <v:rect id="text23" style="position:absolute;margin-left:284.6132pt;margin-top:162.7654pt;width:28.8839pt;height:17.8583pt;mso-position-horizontal-relative:page;mso-position-vertical-relative:page;z-index:2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24" style="position:absolute;margin-left:277.4324pt;margin-top:238.1102pt;width:40.4107pt;height:246.6142pt;mso-position-horizontal-relative:page;mso-position-vertical-relative:page;z-index:24" filled="f" stroked="f">
            <v:textbox inset="0,0,0,0" style="layout-flow:vertical;mso-layout-flow-alt:top-to-bottom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30" style="position:absolute;margin-left:237.0898pt;margin-top:657.6378pt;width:121.0961pt;height:0.5669pt;mso-position-horizontal-relative:page;mso-position-vertical-relative:page;z-index:30" filled="t" fillcolor="#a9b4b9" stroked="f" strokecolor="#ffffff" strokeweight="0.567pt"/>
        </w:pict>
      </w:r>
      <w:r>
        <w:pict>
          <v:rect id="text31" style="position:absolute;margin-left:267.1654pt;margin-top:680.6835pt;width:63.7795pt;height:18.2835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2" style="position:absolute;margin-left:265.9776pt;margin-top:709.0583pt;width:66.1550pt;height:14.4567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33" style="position:absolute;margin-left:289.4740pt;margin-top:768.1890pt;width:16.3276pt;height:1.4173pt;mso-position-horizontal-relative:page;mso-position-vertical-relative:page;z-index:33" filled="t" fillcolor="#243e4e" stroked="f" strokecolor="#ffffff" strokeweight="0.567pt"/>
        </w:pict>
      </w:r>
      <w:r>
        <w:pict>
          <v:rect id="shape34" style="position:absolute;margin-left:212.5984pt;margin-top:22.6772pt;width:170.0787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396.8504pt;margin-top:22.6772pt;width:170.0787pt;height:793.7008pt;mso-position-horizontal-relative:page;mso-position-vertical-relative:page;z-index:35" filled="t" fillcolor="#ffffff" stroked="f" strokecolor="#ffffff" strokeweight="0.567pt"/>
        </w:pict>
      </w:r>
      <w:r>
        <w:pict>
          <v:rect id="shape36" style="position:absolute;margin-left:396.8504pt;margin-top:22.6772pt;width:170.0787pt;height:4.5354pt;mso-position-horizontal-relative:page;mso-position-vertical-relative:page;z-index:36" filled="t" fillcolor="#243e4e" stroked="f" strokecolor="#ffffff" strokeweight="0.567pt"/>
        </w:pict>
      </w:r>
      <w:r>
        <w:pict>
          <v:rect id="text37" style="position:absolute;margin-left:452.9424pt;margin-top:57.6000pt;width:60.7294pt;height:39.1181pt;mso-position-horizontal-relative:page;mso-position-vertical-relative:page;z-index:37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38" style="position:absolute;margin-left:472.2520pt;margin-top:96.7748pt;width:22.1102pt;height:14.4567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39" style="position:absolute;margin-left:421.3417pt;margin-top:133.7953pt;width:121.0961pt;height:0.5669pt;mso-position-horizontal-relative:page;mso-position-vertical-relative:page;z-index:39" filled="t" fillcolor="#a9b4b9" stroked="f" strokecolor="#ffffff" strokeweight="0.567pt"/>
        </w:pict>
      </w:r>
      <w:r>
        <w:pict>
          <v:rect id="text40" style="position:absolute;margin-left:468.8651pt;margin-top:162.7654pt;width:28.8839pt;height:17.8583pt;mso-position-horizontal-relative:page;mso-position-vertical-relative:page;z-index:4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41" style="position:absolute;margin-left:461.6844pt;margin-top:238.1102pt;width:40.4107pt;height:246.6142pt;mso-position-horizontal-relative:page;mso-position-vertical-relative:page;z-index:41" filled="f" stroked="f">
            <v:textbox inset="0,0,0,0" style="layout-flow:vertical;mso-layout-flow-alt:top-to-bottom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47" style="position:absolute;margin-left:421.3417pt;margin-top:657.6378pt;width:121.0961pt;height:0.5669pt;mso-position-horizontal-relative:page;mso-position-vertical-relative:page;z-index:47" filled="t" fillcolor="#a9b4b9" stroked="f" strokecolor="#ffffff" strokeweight="0.567pt"/>
        </w:pict>
      </w:r>
      <w:r>
        <w:pict>
          <v:rect id="text48" style="position:absolute;margin-left:451.4173pt;margin-top:680.6835pt;width:63.7795pt;height:18.2835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9" style="position:absolute;margin-left:450.2296pt;margin-top:709.0583pt;width:66.1550pt;height:14.4567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50" style="position:absolute;margin-left:473.7260pt;margin-top:768.1890pt;width:16.3276pt;height:1.4173pt;mso-position-horizontal-relative:page;mso-position-vertical-relative:page;z-index:50" filled="t" fillcolor="#243e4e" stroked="f" strokecolor="#ffffff" strokeweight="0.567pt"/>
        </w:pict>
      </w:r>
      <w:r>
        <w:pict>
          <v:rect id="shape51" style="position:absolute;margin-left:396.8504pt;margin-top:22.6772pt;width:170.0787pt;height:793.7008pt;mso-position-horizontal-relative:page;mso-position-vertical-relative:page;z-index:51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6cm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