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92.1260pt;margin-top:22.6772pt;width:198.4252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92.1260pt;margin-top:22.6772pt;width:198.4252pt;height:4.5354pt;mso-position-horizontal-relative:page;mso-position-vertical-relative:page;z-index:2" filled="t" fillcolor="#243e4e" stroked="f" strokecolor="#ffffff" strokeweight="0.567pt"/>
        </w:pict>
      </w:r>
      <w:r>
        <w:pict>
          <v:rect id="text3" style="position:absolute;margin-left:162.3912pt;margin-top:57.6000pt;width:60.7294pt;height:39.1181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5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52"/>
                      <w:szCs w:val="5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181.7008pt;margin-top:96.7748pt;width:22.1102pt;height:14.4567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120.6992pt;margin-top:133.7953pt;width:141.2787pt;height:0.5669pt;mso-position-horizontal-relative:page;mso-position-vertical-relative:page;z-index:5" filled="t" fillcolor="#a9b4b9" stroked="f" strokecolor="#ffffff" strokeweight="0.567pt"/>
        </w:pict>
      </w:r>
      <w:r>
        <w:pict>
          <v:rect id="text6" style="position:absolute;margin-left:178.3140pt;margin-top:162.7654pt;width:28.8839pt;height:17.8583pt;mso-position-horizontal-relative:page;mso-position-vertical-relative:page;z-index:6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7" style="position:absolute;margin-left:171.1332pt;margin-top:238.1102pt;width:40.4107pt;height:246.6142pt;mso-position-horizontal-relative:page;mso-position-vertical-relative:page;z-index:7" filled="f" stroked="f">
            <v:textbox inset="0,0,0,0" style="layout-flow:vertical;mso-layout-flow-alt:top-to-bottom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13" style="position:absolute;margin-left:120.6992pt;margin-top:657.6378pt;width:141.2787pt;height:0.5669pt;mso-position-horizontal-relative:page;mso-position-vertical-relative:page;z-index:13" filled="t" fillcolor="#a9b4b9" stroked="f" strokecolor="#ffffff" strokeweight="0.567pt"/>
        </w:pict>
      </w:r>
      <w:r>
        <w:pict>
          <v:rect id="text14" style="position:absolute;margin-left:160.8661pt;margin-top:680.6835pt;width:63.7795pt;height:18.2835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5" style="position:absolute;margin-left:159.6784pt;margin-top:709.0583pt;width:66.1550pt;height:14.4567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16" style="position:absolute;margin-left:181.8142pt;margin-top:768.1890pt;width:19.0488pt;height:1.4173pt;mso-position-horizontal-relative:page;mso-position-vertical-relative:page;z-index:16" filled="t" fillcolor="#243e4e" stroked="f" strokecolor="#ffffff" strokeweight="0.567pt"/>
        </w:pict>
      </w:r>
      <w:r>
        <w:pict>
          <v:rect id="shape17" style="position:absolute;margin-left:92.1260pt;margin-top:22.6772pt;width:198.4252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304.7244pt;margin-top:22.6772pt;width:198.4252pt;height:793.7008pt;mso-position-horizontal-relative:page;mso-position-vertical-relative:page;z-index:18" filled="t" fillcolor="#ffffff" stroked="f" strokecolor="#ffffff" strokeweight="0.567pt"/>
        </w:pict>
      </w:r>
      <w:r>
        <w:pict>
          <v:rect id="shape19" style="position:absolute;margin-left:304.7244pt;margin-top:22.6772pt;width:198.4252pt;height:4.5354pt;mso-position-horizontal-relative:page;mso-position-vertical-relative:page;z-index:19" filled="t" fillcolor="#243e4e" stroked="f" strokecolor="#ffffff" strokeweight="0.567pt"/>
        </w:pict>
      </w:r>
      <w:r>
        <w:pict>
          <v:rect id="text20" style="position:absolute;margin-left:374.9896pt;margin-top:57.6000pt;width:60.7294pt;height:39.1181pt;mso-position-horizontal-relative:page;mso-position-vertical-relative:page;z-index:20" filled="f" stroked="f">
            <v:textbox inset="0,0,0,0">
              <w:txbxContent>
                <w:p>
                  <w:pPr>
                    <w:spacing w:before="0" w:after="0" w:line="5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52"/>
                      <w:szCs w:val="5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1" style="position:absolute;margin-left:394.2992pt;margin-top:96.7748pt;width:22.1102pt;height:14.4567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22" style="position:absolute;margin-left:333.2976pt;margin-top:133.7953pt;width:141.2787pt;height:0.5669pt;mso-position-horizontal-relative:page;mso-position-vertical-relative:page;z-index:22" filled="t" fillcolor="#a9b4b9" stroked="f" strokecolor="#ffffff" strokeweight="0.567pt"/>
        </w:pict>
      </w:r>
      <w:r>
        <w:pict>
          <v:rect id="text23" style="position:absolute;margin-left:390.9124pt;margin-top:162.7654pt;width:28.8839pt;height:17.8583pt;mso-position-horizontal-relative:page;mso-position-vertical-relative:page;z-index:2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24" style="position:absolute;margin-left:383.7317pt;margin-top:238.1102pt;width:40.4107pt;height:246.6142pt;mso-position-horizontal-relative:page;mso-position-vertical-relative:page;z-index:24" filled="f" stroked="f">
            <v:textbox inset="0,0,0,0" style="layout-flow:vertical;mso-layout-flow-alt:top-to-bottom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30" style="position:absolute;margin-left:333.2976pt;margin-top:657.6378pt;width:141.2787pt;height:0.5669pt;mso-position-horizontal-relative:page;mso-position-vertical-relative:page;z-index:30" filled="t" fillcolor="#a9b4b9" stroked="f" strokecolor="#ffffff" strokeweight="0.567pt"/>
        </w:pict>
      </w:r>
      <w:r>
        <w:pict>
          <v:rect id="text31" style="position:absolute;margin-left:373.4646pt;margin-top:680.6835pt;width:63.7795pt;height:18.2835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2" style="position:absolute;margin-left:372.2769pt;margin-top:709.0583pt;width:66.1550pt;height:14.4567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33" style="position:absolute;margin-left:394.4126pt;margin-top:768.1890pt;width:19.0488pt;height:1.4173pt;mso-position-horizontal-relative:page;mso-position-vertical-relative:page;z-index:33" filled="t" fillcolor="#243e4e" stroked="f" strokecolor="#ffffff" strokeweight="0.567pt"/>
        </w:pict>
      </w:r>
      <w:r>
        <w:pict>
          <v:rect id="shape34" style="position:absolute;margin-left:304.7244pt;margin-top:22.6772pt;width:198.4252pt;height:793.7008pt;mso-position-horizontal-relative:page;mso-position-vertical-relative:page;z-index:34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7cm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