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63.7795pt;margin-top:22.6772pt;width:226.7717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63.7795pt;margin-top:22.6772pt;width:226.7717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148.2180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67.5276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96.4346pt;margin-top:133.7953pt;width:161.4614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164.1407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156.9600pt;margin-top:238.1102pt;width:40.4107pt;height:246.6142pt;mso-position-horizontal-relative:page;mso-position-vertical-relative:page;z-index:7" filled="f" stroked="f">
            <v:textbox inset="0,0,0,0" style="layout-flow:vertical;mso-layout-flow-alt:top-to-bottom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3" style="position:absolute;margin-left:96.4346pt;margin-top:657.6378pt;width:161.4614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146.6929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145.5052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66.2803pt;margin-top:768.1890pt;width:21.7701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63.7795pt;margin-top:22.6772pt;width:226.771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304.7244pt;margin-top:22.6772pt;width:226.7717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304.7244pt;margin-top:22.6772pt;width:226.7717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389.1628pt;margin-top:57.6000pt;width:60.7294pt;height:39.1181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408.4724pt;margin-top:96.774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337.3795pt;margin-top:133.7953pt;width:161.4614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405.0856pt;margin-top:162.7654pt;width:28.8839pt;height:17.8583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397.9049pt;margin-top:238.1102pt;width:40.4107pt;height:246.6142pt;mso-position-horizontal-relative:page;mso-position-vertical-relative:page;z-index:24" filled="f" stroked="f">
            <v:textbox inset="0,0,0,0" style="layout-flow:vertical;mso-layout-flow-alt:top-to-bottom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30" style="position:absolute;margin-left:337.3795pt;margin-top:657.6378pt;width:161.4614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387.6378pt;margin-top:680.6835pt;width:63.7795pt;height:18.2835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386.4501pt;margin-top:709.0583pt;width:66.1550pt;height:14.4567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407.2252pt;margin-top:768.1890pt;width:21.7701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304.7244pt;margin-top:22.6772pt;width:226.7717pt;height:793.7008pt;mso-position-horizontal-relative:page;mso-position-vertical-relative:page;z-index:34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8cm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