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56.6929pt;margin-top:22.6772pt;width:85.0394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68.2583pt;margin-top:58.9606pt;width:10.2047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68.2583pt;margin-top:77.0003pt;width:47.1368pt;height:29.9339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68.5984pt;margin-top:110.6986pt;width:18.2551pt;height:11.5654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68.2583pt;margin-top:147.4016pt;width:61.9087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85.1437pt;margin-top:243.7795pt;width:28.1378pt;height:246.6142pt;mso-position-horizontal-relative:page;mso-position-vertical-relative:page;z-index:6" filled="f" stroked="f">
            <v:textbox inset="0,0,0,0" style="layout-flow:vertical;mso-layout-flow-alt:top-to-bottom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68.2583pt;margin-top:649.1339pt;width:61.9087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68.2583pt;margin-top:673.1603pt;width:50.4567pt;height:14.2866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68.2583pt;margin-top:700.0214pt;width:53.4909pt;height:11.5654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68.2583pt;margin-top:756.7483pt;width:34.0938pt;height:21.4299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21.4929pt;margin-top:756.8504pt;width:8.5039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56.6929pt;margin-top:22.6772pt;width:85.0394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55.9055pt;margin-top:22.6772pt;width:85.0394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167.4709pt;margin-top:58.9606pt;width:10.2047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167.4709pt;margin-top:77.0003pt;width:47.1368pt;height:29.9339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167.8110pt;margin-top:110.6986pt;width:18.2551pt;height:11.5654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167.4709pt;margin-top:147.4016pt;width:61.9087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184.3563pt;margin-top:243.7795pt;width:28.1378pt;height:246.6142pt;mso-position-horizontal-relative:page;mso-position-vertical-relative:page;z-index:23" filled="f" stroked="f">
            <v:textbox inset="0,0,0,0" style="layout-flow:vertical;mso-layout-flow-alt:top-to-bottom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167.4709pt;margin-top:649.1339pt;width:61.9087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167.4709pt;margin-top:673.1603pt;width:50.4567pt;height:14.2866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167.4709pt;margin-top:700.0214pt;width:53.4909pt;height:11.5654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167.4709pt;margin-top:756.7483pt;width:34.0938pt;height:21.4299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220.7055pt;margin-top:756.8504pt;width:8.5039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155.9055pt;margin-top:22.6772pt;width:85.0394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255.1181pt;margin-top:22.6772pt;width:85.0394pt;height:793.7008pt;mso-position-horizontal-relative:page;mso-position-vertical-relative:page;z-index:35" filled="t" fillcolor="#f7f4ed" stroked="f" strokecolor="#ffffff" strokeweight="0.567pt"/>
        </w:pict>
      </w:r>
      <w:r>
        <w:pict>
          <v:rect id="shape36" style="position:absolute;margin-left:266.6835pt;margin-top:58.9606pt;width:10.2047pt;height:2.2677pt;mso-position-horizontal-relative:page;mso-position-vertical-relative:page;z-index:36" filled="t" fillcolor="#a27857" stroked="f" strokecolor="#ffffff" strokeweight="0.567pt"/>
        </w:pict>
      </w:r>
      <w:r>
        <w:pict>
          <v:rect id="text37" style="position:absolute;margin-left:266.6835pt;margin-top:77.0003pt;width:47.1368pt;height:29.9339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267.0236pt;margin-top:110.6986pt;width:18.2551pt;height:11.5654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266.6835pt;margin-top:147.4016pt;width:61.9087pt;height:0.5669pt;mso-position-horizontal-relative:page;mso-position-vertical-relative:page;z-index:39" filled="t" fillcolor="#c5bfb1" stroked="f" strokecolor="#ffffff" strokeweight="0.567pt"/>
        </w:pict>
      </w:r>
      <w:r>
        <w:pict>
          <v:rect id="text40" style="position:absolute;margin-left:283.5689pt;margin-top:243.7795pt;width:28.1378pt;height:246.6142pt;mso-position-horizontal-relative:page;mso-position-vertical-relative:page;z-index:40" filled="f" stroked="f">
            <v:textbox inset="0,0,0,0" style="layout-flow:vertical;mso-layout-flow-alt:top-to-bottom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6" style="position:absolute;margin-left:266.6835pt;margin-top:649.1339pt;width:61.9087pt;height:0.5669pt;mso-position-horizontal-relative:page;mso-position-vertical-relative:page;z-index:46" filled="t" fillcolor="#c5bfb1" stroked="f" strokecolor="#ffffff" strokeweight="0.567pt"/>
        </w:pict>
      </w:r>
      <w:r>
        <w:pict>
          <v:rect id="text47" style="position:absolute;margin-left:266.6835pt;margin-top:673.1603pt;width:50.4567pt;height:14.2866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266.6835pt;margin-top:700.0214pt;width:53.4909pt;height:11.5654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266.6835pt;margin-top:756.7483pt;width:34.0938pt;height:21.4299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319.9181pt;margin-top:756.8504pt;width:8.5039pt;height:14.1732pt;mso-position-horizontal-relative:page;mso-position-vertical-relative:page;z-index:50" filled="t" fillcolor="#a27857" stroked="f" strokecolor="#ffffff" strokeweight="0.567pt"/>
        </w:pict>
      </w:r>
      <w:r>
        <w:pict>
          <v:rect id="shape51" style="position:absolute;margin-left:255.1181pt;margin-top:22.6772pt;width:85.0394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354.3307pt;margin-top:22.6772pt;width:85.0394pt;height:793.7008pt;mso-position-horizontal-relative:page;mso-position-vertical-relative:page;z-index:52" filled="t" fillcolor="#f7f4ed" stroked="f" strokecolor="#ffffff" strokeweight="0.567pt"/>
        </w:pict>
      </w:r>
      <w:r>
        <w:pict>
          <v:rect id="shape53" style="position:absolute;margin-left:365.8961pt;margin-top:58.9606pt;width:10.2047pt;height:2.2677pt;mso-position-horizontal-relative:page;mso-position-vertical-relative:page;z-index:53" filled="t" fillcolor="#a27857" stroked="f" strokecolor="#ffffff" strokeweight="0.567pt"/>
        </w:pict>
      </w:r>
      <w:r>
        <w:pict>
          <v:rect id="text54" style="position:absolute;margin-left:365.8961pt;margin-top:77.0003pt;width:47.1368pt;height:29.9339pt;mso-position-horizontal-relative:page;mso-position-vertical-relative:page;z-index:54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5" style="position:absolute;margin-left:366.2362pt;margin-top:110.6986pt;width:18.2551pt;height:11.5654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6" style="position:absolute;margin-left:365.8961pt;margin-top:147.4016pt;width:61.9087pt;height:0.5669pt;mso-position-horizontal-relative:page;mso-position-vertical-relative:page;z-index:56" filled="t" fillcolor="#c5bfb1" stroked="f" strokecolor="#ffffff" strokeweight="0.567pt"/>
        </w:pict>
      </w:r>
      <w:r>
        <w:pict>
          <v:rect id="text57" style="position:absolute;margin-left:382.7815pt;margin-top:243.7795pt;width:28.1378pt;height:246.6142pt;mso-position-horizontal-relative:page;mso-position-vertical-relative:page;z-index:57" filled="f" stroked="f">
            <v:textbox inset="0,0,0,0" style="layout-flow:vertical;mso-layout-flow-alt:top-to-bottom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63" style="position:absolute;margin-left:365.8961pt;margin-top:649.1339pt;width:61.9087pt;height:0.5669pt;mso-position-horizontal-relative:page;mso-position-vertical-relative:page;z-index:63" filled="t" fillcolor="#c5bfb1" stroked="f" strokecolor="#ffffff" strokeweight="0.567pt"/>
        </w:pict>
      </w:r>
      <w:r>
        <w:pict>
          <v:rect id="text64" style="position:absolute;margin-left:365.8961pt;margin-top:673.1603pt;width:50.4567pt;height:14.2866pt;mso-position-horizontal-relative:page;mso-position-vertical-relative:page;z-index:6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5" style="position:absolute;margin-left:365.8961pt;margin-top:700.0214pt;width:53.4909pt;height:11.5654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66" style="position:absolute;margin-left:365.8961pt;margin-top:756.7483pt;width:34.0938pt;height:21.4299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67" style="position:absolute;margin-left:419.1307pt;margin-top:756.8504pt;width:8.5039pt;height:14.1732pt;mso-position-horizontal-relative:page;mso-position-vertical-relative:page;z-index:67" filled="t" fillcolor="#a27857" stroked="f" strokecolor="#ffffff" strokeweight="0.567pt"/>
        </w:pict>
      </w:r>
      <w:r>
        <w:pict>
          <v:rect id="shape68" style="position:absolute;margin-left:354.3307pt;margin-top:22.6772pt;width:85.0394pt;height:793.7008pt;mso-position-horizontal-relative:page;mso-position-vertical-relative:page;z-index:68" filled="f" fillcolor="#ffffff" stroked="t" strokecolor="#b8b8b8" strokeweight="0.283pt"/>
        </w:pict>
      </w:r>
      <w:r>
        <w:pict>
          <v:rect id="shape69" style="position:absolute;margin-left:453.5433pt;margin-top:22.6772pt;width:85.0394pt;height:793.7008pt;mso-position-horizontal-relative:page;mso-position-vertical-relative:page;z-index:69" filled="t" fillcolor="#f7f4ed" stroked="f" strokecolor="#ffffff" strokeweight="0.567pt"/>
        </w:pict>
      </w:r>
      <w:r>
        <w:pict>
          <v:rect id="shape70" style="position:absolute;margin-left:465.1087pt;margin-top:58.9606pt;width:10.2047pt;height:2.2677pt;mso-position-horizontal-relative:page;mso-position-vertical-relative:page;z-index:70" filled="t" fillcolor="#a27857" stroked="f" strokecolor="#ffffff" strokeweight="0.567pt"/>
        </w:pict>
      </w:r>
      <w:r>
        <w:pict>
          <v:rect id="text71" style="position:absolute;margin-left:465.1087pt;margin-top:77.0003pt;width:47.1368pt;height:29.9339pt;mso-position-horizontal-relative:page;mso-position-vertical-relative:page;z-index:71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72" style="position:absolute;margin-left:465.4488pt;margin-top:110.6986pt;width:18.2551pt;height:11.5654pt;mso-position-horizontal-relative:page;mso-position-vertical-relative:page;z-index:7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73" style="position:absolute;margin-left:465.1087pt;margin-top:147.4016pt;width:61.9087pt;height:0.5669pt;mso-position-horizontal-relative:page;mso-position-vertical-relative:page;z-index:73" filled="t" fillcolor="#c5bfb1" stroked="f" strokecolor="#ffffff" strokeweight="0.567pt"/>
        </w:pict>
      </w:r>
      <w:r>
        <w:pict>
          <v:rect id="text74" style="position:absolute;margin-left:481.9941pt;margin-top:243.7795pt;width:28.1378pt;height:246.6142pt;mso-position-horizontal-relative:page;mso-position-vertical-relative:page;z-index:74" filled="f" stroked="f">
            <v:textbox inset="0,0,0,0" style="layout-flow:vertical;mso-layout-flow-alt:top-to-bottom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80" style="position:absolute;margin-left:465.1087pt;margin-top:649.1339pt;width:61.9087pt;height:0.5669pt;mso-position-horizontal-relative:page;mso-position-vertical-relative:page;z-index:80" filled="t" fillcolor="#c5bfb1" stroked="f" strokecolor="#ffffff" strokeweight="0.567pt"/>
        </w:pict>
      </w:r>
      <w:r>
        <w:pict>
          <v:rect id="text81" style="position:absolute;margin-left:465.1087pt;margin-top:673.1603pt;width:50.4567pt;height:14.2866pt;mso-position-horizontal-relative:page;mso-position-vertical-relative:page;z-index:8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82" style="position:absolute;margin-left:465.1087pt;margin-top:700.0214pt;width:53.4909pt;height:11.5654pt;mso-position-horizontal-relative:page;mso-position-vertical-relative:page;z-index:8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83" style="position:absolute;margin-left:465.1087pt;margin-top:756.7483pt;width:34.0938pt;height:21.4299pt;mso-position-horizontal-relative:page;mso-position-vertical-relative:page;z-index:83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84" style="position:absolute;margin-left:518.3433pt;margin-top:756.8504pt;width:8.5039pt;height:14.1732pt;mso-position-horizontal-relative:page;mso-position-vertical-relative:page;z-index:84" filled="t" fillcolor="#a27857" stroked="f" strokecolor="#ffffff" strokeweight="0.567pt"/>
        </w:pict>
      </w:r>
      <w:r>
        <w:pict>
          <v:rect id="shape85" style="position:absolute;margin-left:453.5433pt;margin-top:22.6772pt;width:85.0394pt;height:793.7008pt;mso-position-horizontal-relative:page;mso-position-vertical-relative:page;z-index:85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