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70.8661pt;margin-top:22.6772pt;width:141.7323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90.1417pt;margin-top:58.9606pt;width:17.0079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90.1417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90.7087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90.1417pt;margin-top:147.4016pt;width:103.1811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124.1461pt;margin-top:243.7795pt;width:42.6331pt;height:246.6142pt;mso-position-horizontal-relative:page;mso-position-vertical-relative:page;z-index:6" filled="f" stroked="f">
            <v:textbox inset="0,0,0,0" style="layout-flow:vertical;mso-layout-flow-alt:top-to-bottom">
              <w:txbxContent>
                <w:p>
                  <w:pPr/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90.1417pt;margin-top:649.1339pt;width:103.1811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90.1417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90.1417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90.1417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78.8661pt;margin-top:756.8504pt;width:14.1732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70.8661pt;margin-top:22.6772pt;width:141.7323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26.7717pt;margin-top:22.6772pt;width:141.7323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246.0472pt;margin-top:58.9606pt;width:17.0079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246.0472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46.6142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246.0472pt;margin-top:147.4016pt;width:103.1811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280.0517pt;margin-top:243.7795pt;width:42.6331pt;height:246.6142pt;mso-position-horizontal-relative:page;mso-position-vertical-relative:page;z-index:23" filled="f" stroked="f">
            <v:textbox inset="0,0,0,0" style="layout-flow:vertical;mso-layout-flow-alt:top-to-bottom">
              <w:txbxContent>
                <w:p>
                  <w:pPr/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246.0472pt;margin-top:649.1339pt;width:103.1811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246.0472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246.0472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246.0472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334.7717pt;margin-top:756.8504pt;width:14.1732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226.7717pt;margin-top:22.6772pt;width:141.7323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82.6772pt;margin-top:22.6772pt;width:141.7323pt;height:793.7008pt;mso-position-horizontal-relative:page;mso-position-vertical-relative:page;z-index:35" filled="t" fillcolor="#f7f4ed" stroked="f" strokecolor="#ffffff" strokeweight="0.567pt"/>
        </w:pict>
      </w:r>
      <w:r>
        <w:pict>
          <v:rect id="shape36" style="position:absolute;margin-left:401.9528pt;margin-top:58.9606pt;width:17.0079pt;height:2.2677pt;mso-position-horizontal-relative:page;mso-position-vertical-relative:page;z-index:36" filled="t" fillcolor="#a27857" stroked="f" strokecolor="#ffffff" strokeweight="0.567pt"/>
        </w:pict>
      </w:r>
      <w:r>
        <w:pict>
          <v:rect id="text37" style="position:absolute;margin-left:401.9528pt;margin-top:72.5102pt;width:58.2123pt;height:37.4173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402.5197pt;margin-top:108.9638pt;width:22.1102pt;height:14.4567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401.9528pt;margin-top:147.4016pt;width:103.1811pt;height:0.5669pt;mso-position-horizontal-relative:page;mso-position-vertical-relative:page;z-index:39" filled="t" fillcolor="#c5bfb1" stroked="f" strokecolor="#ffffff" strokeweight="0.567pt"/>
        </w:pict>
      </w:r>
      <w:r>
        <w:pict>
          <v:rect id="text40" style="position:absolute;margin-left:435.9572pt;margin-top:243.7795pt;width:42.6331pt;height:246.6142pt;mso-position-horizontal-relative:page;mso-position-vertical-relative:page;z-index:40" filled="f" stroked="f">
            <v:textbox inset="0,0,0,0" style="layout-flow:vertical;mso-layout-flow-alt:top-to-bottom">
              <w:txbxContent>
                <w:p>
                  <w:pPr/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6" style="position:absolute;margin-left:401.9528pt;margin-top:649.1339pt;width:103.1811pt;height:0.5669pt;mso-position-horizontal-relative:page;mso-position-vertical-relative:page;z-index:46" filled="t" fillcolor="#c5bfb1" stroked="f" strokecolor="#ffffff" strokeweight="0.567pt"/>
        </w:pict>
      </w:r>
      <w:r>
        <w:pict>
          <v:rect id="text47" style="position:absolute;margin-left:401.9528pt;margin-top:671.0173pt;width:62.3622pt;height:17.8583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401.9528pt;margin-top:698.2866pt;width:66.1550pt;height:14.4567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401.9528pt;margin-top:753.5339pt;width:41.9085pt;height:26.787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490.6772pt;margin-top:756.8504pt;width:14.1732pt;height:14.1732pt;mso-position-horizontal-relative:page;mso-position-vertical-relative:page;z-index:50" filled="t" fillcolor="#a27857" stroked="f" strokecolor="#ffffff" strokeweight="0.567pt"/>
        </w:pict>
      </w:r>
      <w:r>
        <w:pict>
          <v:rect id="shape51" style="position:absolute;margin-left:382.6772pt;margin-top:22.6772pt;width:141.7323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5cm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