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51.4772pt;margin-top:58.9606pt;width:20.4094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51.4772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52.1575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51.4772pt;margin-top:147.4016pt;width:123.8173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95.7997pt;margin-top:243.7795pt;width:35.1723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51.4772pt;margin-top:649.1339pt;width:123.8173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51.4772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51.4772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51.4772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57.9465pt;margin-top:756.8504pt;width:17.0079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235.7291pt;margin-top:58.9606pt;width:20.4094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235.7291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36.4094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35.7291pt;margin-top:147.4016pt;width:123.8173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80.0517pt;margin-top:243.7795pt;width:35.1723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235.7291pt;margin-top:649.1339pt;width:123.8173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235.7291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35.7291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35.7291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42.1984pt;margin-top:756.8504pt;width:17.0079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419.9811pt;margin-top:58.9606pt;width:20.4094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419.9811pt;margin-top:72.5102pt;width:58.2123pt;height:37.4173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20.6614pt;margin-top:108.963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19.9811pt;margin-top:147.4016pt;width:123.8173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464.3036pt;margin-top:243.7795pt;width:35.1723pt;height:246.6142pt;mso-position-horizontal-relative:page;mso-position-vertical-relative:page;z-index:40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419.9811pt;margin-top:649.1339pt;width:123.8173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419.9811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19.9811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19.9811pt;margin-top:753.5339pt;width:41.9085pt;height:26.787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526.4504pt;margin-top:756.8504pt;width:17.0079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