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92.1260pt;margin-top:22.6772pt;width:198.4252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119.1118pt;margin-top:58.9606pt;width:23.8110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119.1118pt;margin-top:72.5102pt;width:58.2123pt;height:37.4173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19.9055pt;margin-top:108.963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119.1118pt;margin-top:147.4016pt;width:144.4535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173.7524pt;margin-top:243.7795pt;width:35.1723pt;height:246.6142pt;mso-position-horizontal-relative:page;mso-position-vertical-relative:page;z-index:6" filled="f" stroked="f">
            <v:textbox inset="0,0,0,0" style="layout-flow:vertical;mso-layout-flow-alt:top-to-bottom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119.1118pt;margin-top:649.1339pt;width:144.4535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119.1118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119.1118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119.1118pt;margin-top:753.5339pt;width:41.9085pt;height:26.787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243.3260pt;margin-top:756.8504pt;width:19.8425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92.1260pt;margin-top:22.6772pt;width:198.4252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198.4252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331.7102pt;margin-top:58.9606pt;width:23.8110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331.7102pt;margin-top:72.5102pt;width:58.2123pt;height:37.4173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332.5039pt;margin-top:108.963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331.7102pt;margin-top:147.4016pt;width:144.4535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386.3509pt;margin-top:243.7795pt;width:35.1723pt;height:246.6142pt;mso-position-horizontal-relative:page;mso-position-vertical-relative:page;z-index:23" filled="f" stroked="f">
            <v:textbox inset="0,0,0,0" style="layout-flow:vertical;mso-layout-flow-alt:top-to-bottom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331.7102pt;margin-top:649.1339pt;width:144.4535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331.7102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331.7102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331.7102pt;margin-top:753.5339pt;width:41.9085pt;height:26.787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455.9244pt;margin-top:756.8504pt;width:19.8425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304.7244pt;margin-top:22.6772pt;width:198.4252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7cm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