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35.4331pt;margin-top:22.6772pt;width:255.1181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70.1291pt;margin-top:58.9606pt;width:30.6142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70.1291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71.1496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70.1291pt;margin-top:147.4016pt;width:185.7260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145.4060pt;margin-top:243.7795pt;width:35.1723pt;height:246.6142pt;mso-position-horizontal-relative:page;mso-position-vertical-relative:page;z-index:6" filled="f" stroked="f">
            <v:textbox inset="0,0,0,0" style="layout-flow:vertical;mso-layout-flow-alt:top-to-bottom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70.1291pt;margin-top:649.1339pt;width:185.7260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70.1291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70.1291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70.1291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29.8331pt;margin-top:756.8504pt;width:25.5118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35.4331pt;margin-top:22.6772pt;width:255.1181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55.1181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339.4205pt;margin-top:58.9606pt;width:30.6142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339.4205pt;margin-top:72.5102pt;width:58.2123pt;height:37.4173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340.4409pt;margin-top:108.963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39.4205pt;margin-top:147.4016pt;width:185.7260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414.6973pt;margin-top:243.7795pt;width:35.1723pt;height:246.6142pt;mso-position-horizontal-relative:page;mso-position-vertical-relative:page;z-index:23" filled="f" stroked="f">
            <v:textbox inset="0,0,0,0" style="layout-flow:vertical;mso-layout-flow-alt:top-to-bottom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339.4205pt;margin-top:649.1339pt;width:185.7260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339.4205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9.4205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9.4205pt;margin-top:753.5339pt;width:41.9085pt;height:26.787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99.1244pt;margin-top:756.8504pt;width:25.5118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304.7244pt;margin-top:22.6772pt;width:255.1181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9cm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