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56.6929pt;margin-top:22.6772pt;width:85.0394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56.6929pt;margin-top:22.6772pt;width:3.0614pt;height:793.7008pt;mso-position-horizontal-relative:page;mso-position-vertical-relative:page;z-index:2" filled="t" fillcolor="#526e71" stroked="f" strokecolor="#ffffff" strokeweight="0.567pt"/>
        </w:pict>
      </w:r>
      <w:r>
        <w:pict>
          <v:rect id="shape3" style="position:absolute;margin-left:67.5780pt;margin-top:53.8583pt;width:19.7291pt;height:32.8819pt;mso-position-horizontal-relative:page;mso-position-vertical-relative:page;z-index:3" filled="t" fillcolor="#526e71" stroked="f" strokecolor="#ffffff" strokeweight="0.567pt"/>
        </w:pict>
      </w:r>
      <w:r>
        <w:pict>
          <v:rect id="text4" style="position:absolute;margin-left:69.2617pt;margin-top:63.5528pt;width:19.1962pt;height:22.1102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" style="position:absolute;margin-left:122.2072pt;margin-top:66.9317pt;width:10.7943pt;height:18.3685pt;mso-position-horizontal-relative:page;mso-position-vertical-relative:page;z-index:5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6" style="position:absolute;margin-left:67.5780pt;margin-top:115.0866pt;width:62.5890pt;height:0.5669pt;mso-position-horizontal-relative:page;mso-position-vertical-relative:page;z-index:6" filled="t" fillcolor="#b5c3c4" stroked="f" strokecolor="#ffffff" strokeweight="0.567pt"/>
        </w:pict>
      </w:r>
      <w:r>
        <w:pict>
          <v:rect id="text7" style="position:absolute;margin-left:67.5780pt;margin-top:132.9222pt;width:47.6402pt;height:30.2740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8" style="position:absolute;margin-left:67.9181pt;margin-top:166.5411pt;width:18.2551pt;height:11.5654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9" style="position:absolute;margin-left:82.5993pt;margin-top:249.4488pt;width:33.2266pt;height:246.6142pt;mso-position-horizontal-relative:page;mso-position-vertical-relative:page;z-index:9" filled="f" stroked="f">
            <v:textbox inset="0,0,0,0" style="layout-flow:vertical;mso-layout-flow-alt:top-to-bottom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2" style="position:absolute;margin-left:67.5780pt;margin-top:648.5669pt;width:62.5890pt;height:0.5669pt;mso-position-horizontal-relative:page;mso-position-vertical-relative:page;z-index:12" filled="t" fillcolor="#b5c3c4" stroked="f" strokecolor="#ffffff" strokeweight="0.567pt"/>
        </w:pict>
      </w:r>
      <w:r>
        <w:pict>
          <v:rect id="text13" style="position:absolute;margin-left:67.5780pt;margin-top:673.1603pt;width:50.4567pt;height:14.2866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67.5780pt;margin-top:700.0214pt;width:53.4909pt;height:11.5654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67.5780pt;margin-top:757.3606pt;width:32.6052pt;height:20.409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27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7"/>
                      <w:szCs w:val="2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115.5402pt;margin-top:759.9685pt;width:14.6268pt;height:0.8504pt;mso-position-horizontal-relative:page;mso-position-vertical-relative:page;z-index:16" filled="t" fillcolor="#526e71" stroked="f" strokecolor="#ffffff" strokeweight="0.567pt"/>
        </w:pict>
      </w:r>
      <w:r>
        <w:pict>
          <v:rect id="shape17" style="position:absolute;margin-left:56.6929pt;margin-top:22.6772pt;width:85.0394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155.9055pt;margin-top:22.6772pt;width:85.0394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155.9055pt;margin-top:22.6772pt;width:3.0614pt;height:793.7008pt;mso-position-horizontal-relative:page;mso-position-vertical-relative:page;z-index:19" filled="t" fillcolor="#526e71" stroked="f" strokecolor="#ffffff" strokeweight="0.567pt"/>
        </w:pict>
      </w:r>
      <w:r>
        <w:pict>
          <v:rect id="shape20" style="position:absolute;margin-left:166.7906pt;margin-top:53.8583pt;width:19.7291pt;height:32.8819pt;mso-position-horizontal-relative:page;mso-position-vertical-relative:page;z-index:20" filled="t" fillcolor="#526e71" stroked="f" strokecolor="#ffffff" strokeweight="0.567pt"/>
        </w:pict>
      </w:r>
      <w:r>
        <w:pict>
          <v:rect id="text21" style="position:absolute;margin-left:168.4743pt;margin-top:63.5528pt;width:19.1962pt;height:22.1102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22" style="position:absolute;margin-left:221.4198pt;margin-top:66.9317pt;width:10.7943pt;height:18.3685pt;mso-position-horizontal-relative:page;mso-position-vertical-relative:page;z-index:22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23" style="position:absolute;margin-left:166.7906pt;margin-top:115.0866pt;width:62.5890pt;height:0.5669pt;mso-position-horizontal-relative:page;mso-position-vertical-relative:page;z-index:23" filled="t" fillcolor="#b5c3c4" stroked="f" strokecolor="#ffffff" strokeweight="0.567pt"/>
        </w:pict>
      </w:r>
      <w:r>
        <w:pict>
          <v:rect id="text24" style="position:absolute;margin-left:166.7906pt;margin-top:132.9222pt;width:47.6402pt;height:30.2740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5" style="position:absolute;margin-left:167.1307pt;margin-top:166.5411pt;width:18.2551pt;height:11.5654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26" style="position:absolute;margin-left:181.8119pt;margin-top:249.4488pt;width:33.2266pt;height:246.6142pt;mso-position-horizontal-relative:page;mso-position-vertical-relative:page;z-index:26" filled="f" stroked="f">
            <v:textbox inset="0,0,0,0" style="layout-flow:vertical;mso-layout-flow-alt:top-to-bottom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29" style="position:absolute;margin-left:166.7906pt;margin-top:648.5669pt;width:62.5890pt;height:0.5669pt;mso-position-horizontal-relative:page;mso-position-vertical-relative:page;z-index:29" filled="t" fillcolor="#b5c3c4" stroked="f" strokecolor="#ffffff" strokeweight="0.567pt"/>
        </w:pict>
      </w:r>
      <w:r>
        <w:pict>
          <v:rect id="text30" style="position:absolute;margin-left:166.7906pt;margin-top:673.1603pt;width:50.4567pt;height:14.2866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166.7906pt;margin-top:700.0214pt;width:53.4909pt;height:11.5654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166.7906pt;margin-top:757.3606pt;width:32.6052pt;height:20.4094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27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7"/>
                      <w:szCs w:val="2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214.7528pt;margin-top:759.9685pt;width:14.6268pt;height:0.8504pt;mso-position-horizontal-relative:page;mso-position-vertical-relative:page;z-index:33" filled="t" fillcolor="#526e71" stroked="f" strokecolor="#ffffff" strokeweight="0.567pt"/>
        </w:pict>
      </w:r>
      <w:r>
        <w:pict>
          <v:rect id="shape34" style="position:absolute;margin-left:155.9055pt;margin-top:22.6772pt;width:85.0394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255.1181pt;margin-top:22.6772pt;width:85.0394pt;height:793.7008pt;mso-position-horizontal-relative:page;mso-position-vertical-relative:page;z-index:35" filled="t" fillcolor="#ffffff" stroked="f" strokecolor="#ffffff" strokeweight="0.567pt"/>
        </w:pict>
      </w:r>
      <w:r>
        <w:pict>
          <v:rect id="shape36" style="position:absolute;margin-left:255.1181pt;margin-top:22.6772pt;width:3.0614pt;height:793.7008pt;mso-position-horizontal-relative:page;mso-position-vertical-relative:page;z-index:36" filled="t" fillcolor="#526e71" stroked="f" strokecolor="#ffffff" strokeweight="0.567pt"/>
        </w:pict>
      </w:r>
      <w:r>
        <w:pict>
          <v:rect id="shape37" style="position:absolute;margin-left:266.0031pt;margin-top:53.8583pt;width:19.7291pt;height:32.8819pt;mso-position-horizontal-relative:page;mso-position-vertical-relative:page;z-index:37" filled="t" fillcolor="#526e71" stroked="f" strokecolor="#ffffff" strokeweight="0.567pt"/>
        </w:pict>
      </w:r>
      <w:r>
        <w:pict>
          <v:rect id="text38" style="position:absolute;margin-left:267.6869pt;margin-top:63.5528pt;width:19.1962pt;height:22.1102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39" style="position:absolute;margin-left:320.6324pt;margin-top:66.9317pt;width:10.7943pt;height:18.3685pt;mso-position-horizontal-relative:page;mso-position-vertical-relative:page;z-index:39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40" style="position:absolute;margin-left:266.0031pt;margin-top:115.0866pt;width:62.5890pt;height:0.5669pt;mso-position-horizontal-relative:page;mso-position-vertical-relative:page;z-index:40" filled="t" fillcolor="#b5c3c4" stroked="f" strokecolor="#ffffff" strokeweight="0.567pt"/>
        </w:pict>
      </w:r>
      <w:r>
        <w:pict>
          <v:rect id="text41" style="position:absolute;margin-left:266.0031pt;margin-top:132.9222pt;width:47.6402pt;height:30.2740pt;mso-position-horizontal-relative:page;mso-position-vertical-relative:page;z-index:41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2" style="position:absolute;margin-left:266.3433pt;margin-top:166.5411pt;width:18.2551pt;height:11.5654pt;mso-position-horizontal-relative:page;mso-position-vertical-relative:page;z-index:42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43" style="position:absolute;margin-left:281.0245pt;margin-top:249.4488pt;width:33.2266pt;height:246.6142pt;mso-position-horizontal-relative:page;mso-position-vertical-relative:page;z-index:43" filled="f" stroked="f">
            <v:textbox inset="0,0,0,0" style="layout-flow:vertical;mso-layout-flow-alt:top-to-bottom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46" style="position:absolute;margin-left:266.0031pt;margin-top:648.5669pt;width:62.5890pt;height:0.5669pt;mso-position-horizontal-relative:page;mso-position-vertical-relative:page;z-index:46" filled="t" fillcolor="#b5c3c4" stroked="f" strokecolor="#ffffff" strokeweight="0.567pt"/>
        </w:pict>
      </w:r>
      <w:r>
        <w:pict>
          <v:rect id="text47" style="position:absolute;margin-left:266.0031pt;margin-top:673.1603pt;width:50.4567pt;height:14.2866pt;mso-position-horizontal-relative:page;mso-position-vertical-relative:page;z-index:47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8" style="position:absolute;margin-left:266.0031pt;margin-top:700.0214pt;width:53.4909pt;height:11.5654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49" style="position:absolute;margin-left:266.0031pt;margin-top:757.3606pt;width:32.6052pt;height:20.4094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27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7"/>
                      <w:szCs w:val="2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50" style="position:absolute;margin-left:313.9654pt;margin-top:759.9685pt;width:14.6268pt;height:0.8504pt;mso-position-horizontal-relative:page;mso-position-vertical-relative:page;z-index:50" filled="t" fillcolor="#526e71" stroked="f" strokecolor="#ffffff" strokeweight="0.567pt"/>
        </w:pict>
      </w:r>
      <w:r>
        <w:pict>
          <v:rect id="shape51" style="position:absolute;margin-left:255.1181pt;margin-top:22.6772pt;width:85.0394pt;height:793.7008pt;mso-position-horizontal-relative:page;mso-position-vertical-relative:page;z-index:51" filled="f" fillcolor="#ffffff" stroked="t" strokecolor="#b8b8b8" strokeweight="0.283pt"/>
        </w:pict>
      </w:r>
      <w:r>
        <w:pict>
          <v:rect id="shape52" style="position:absolute;margin-left:354.3307pt;margin-top:22.6772pt;width:85.0394pt;height:793.7008pt;mso-position-horizontal-relative:page;mso-position-vertical-relative:page;z-index:52" filled="t" fillcolor="#ffffff" stroked="f" strokecolor="#ffffff" strokeweight="0.567pt"/>
        </w:pict>
      </w:r>
      <w:r>
        <w:pict>
          <v:rect id="shape53" style="position:absolute;margin-left:354.3307pt;margin-top:22.6772pt;width:3.0614pt;height:793.7008pt;mso-position-horizontal-relative:page;mso-position-vertical-relative:page;z-index:53" filled="t" fillcolor="#526e71" stroked="f" strokecolor="#ffffff" strokeweight="0.567pt"/>
        </w:pict>
      </w:r>
      <w:r>
        <w:pict>
          <v:rect id="shape54" style="position:absolute;margin-left:365.2157pt;margin-top:53.8583pt;width:19.7291pt;height:32.8819pt;mso-position-horizontal-relative:page;mso-position-vertical-relative:page;z-index:54" filled="t" fillcolor="#526e71" stroked="f" strokecolor="#ffffff" strokeweight="0.567pt"/>
        </w:pict>
      </w:r>
      <w:r>
        <w:pict>
          <v:rect id="text55" style="position:absolute;margin-left:366.8995pt;margin-top:63.5528pt;width:19.1962pt;height:22.1102pt;mso-position-horizontal-relative:page;mso-position-vertical-relative:page;z-index:55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6" style="position:absolute;margin-left:419.8450pt;margin-top:66.9317pt;width:10.7943pt;height:18.3685pt;mso-position-horizontal-relative:page;mso-position-vertical-relative:page;z-index:56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57" style="position:absolute;margin-left:365.2157pt;margin-top:115.0866pt;width:62.5890pt;height:0.5669pt;mso-position-horizontal-relative:page;mso-position-vertical-relative:page;z-index:57" filled="t" fillcolor="#b5c3c4" stroked="f" strokecolor="#ffffff" strokeweight="0.567pt"/>
        </w:pict>
      </w:r>
      <w:r>
        <w:pict>
          <v:rect id="text58" style="position:absolute;margin-left:365.2157pt;margin-top:132.9222pt;width:47.6402pt;height:30.2740pt;mso-position-horizontal-relative:page;mso-position-vertical-relative:page;z-index:58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59" style="position:absolute;margin-left:365.5559pt;margin-top:166.5411pt;width:18.2551pt;height:11.5654pt;mso-position-horizontal-relative:page;mso-position-vertical-relative:page;z-index:59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60" style="position:absolute;margin-left:380.2371pt;margin-top:249.4488pt;width:33.2266pt;height:246.6142pt;mso-position-horizontal-relative:page;mso-position-vertical-relative:page;z-index:60" filled="f" stroked="f">
            <v:textbox inset="0,0,0,0" style="layout-flow:vertical;mso-layout-flow-alt:top-to-bottom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63" style="position:absolute;margin-left:365.2157pt;margin-top:648.5669pt;width:62.5890pt;height:0.5669pt;mso-position-horizontal-relative:page;mso-position-vertical-relative:page;z-index:63" filled="t" fillcolor="#b5c3c4" stroked="f" strokecolor="#ffffff" strokeweight="0.567pt"/>
        </w:pict>
      </w:r>
      <w:r>
        <w:pict>
          <v:rect id="text64" style="position:absolute;margin-left:365.2157pt;margin-top:673.1603pt;width:50.4567pt;height:14.2866pt;mso-position-horizontal-relative:page;mso-position-vertical-relative:page;z-index:6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65" style="position:absolute;margin-left:365.2157pt;margin-top:700.0214pt;width:53.4909pt;height:11.5654pt;mso-position-horizontal-relative:page;mso-position-vertical-relative:page;z-index:6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66" style="position:absolute;margin-left:365.2157pt;margin-top:757.3606pt;width:32.6052pt;height:20.4094pt;mso-position-horizontal-relative:page;mso-position-vertical-relative:page;z-index:66" filled="f" stroked="f">
            <v:textbox inset="0,0,0,0">
              <w:txbxContent>
                <w:p>
                  <w:pPr>
                    <w:spacing w:before="0" w:after="0" w:line="27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7"/>
                      <w:szCs w:val="2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67" style="position:absolute;margin-left:413.1780pt;margin-top:759.9685pt;width:14.6268pt;height:0.8504pt;mso-position-horizontal-relative:page;mso-position-vertical-relative:page;z-index:67" filled="t" fillcolor="#526e71" stroked="f" strokecolor="#ffffff" strokeweight="0.567pt"/>
        </w:pict>
      </w:r>
      <w:r>
        <w:pict>
          <v:rect id="shape68" style="position:absolute;margin-left:354.3307pt;margin-top:22.6772pt;width:85.0394pt;height:793.7008pt;mso-position-horizontal-relative:page;mso-position-vertical-relative:page;z-index:68" filled="f" fillcolor="#ffffff" stroked="t" strokecolor="#b8b8b8" strokeweight="0.283pt"/>
        </w:pict>
      </w:r>
      <w:r>
        <w:pict>
          <v:rect id="shape69" style="position:absolute;margin-left:453.5433pt;margin-top:22.6772pt;width:85.0394pt;height:793.7008pt;mso-position-horizontal-relative:page;mso-position-vertical-relative:page;z-index:69" filled="t" fillcolor="#ffffff" stroked="f" strokecolor="#ffffff" strokeweight="0.567pt"/>
        </w:pict>
      </w:r>
      <w:r>
        <w:pict>
          <v:rect id="shape70" style="position:absolute;margin-left:453.5433pt;margin-top:22.6772pt;width:3.0614pt;height:793.7008pt;mso-position-horizontal-relative:page;mso-position-vertical-relative:page;z-index:70" filled="t" fillcolor="#526e71" stroked="f" strokecolor="#ffffff" strokeweight="0.567pt"/>
        </w:pict>
      </w:r>
      <w:r>
        <w:pict>
          <v:rect id="shape71" style="position:absolute;margin-left:464.4283pt;margin-top:53.8583pt;width:19.7291pt;height:32.8819pt;mso-position-horizontal-relative:page;mso-position-vertical-relative:page;z-index:71" filled="t" fillcolor="#526e71" stroked="f" strokecolor="#ffffff" strokeweight="0.567pt"/>
        </w:pict>
      </w:r>
      <w:r>
        <w:pict>
          <v:rect id="text72" style="position:absolute;margin-left:466.1121pt;margin-top:63.5528pt;width:19.1962pt;height:22.1102pt;mso-position-horizontal-relative:page;mso-position-vertical-relative:page;z-index:72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73" style="position:absolute;margin-left:519.0576pt;margin-top:66.9317pt;width:10.7943pt;height:18.3685pt;mso-position-horizontal-relative:page;mso-position-vertical-relative:page;z-index:7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74" style="position:absolute;margin-left:464.4283pt;margin-top:115.0866pt;width:62.5890pt;height:0.5669pt;mso-position-horizontal-relative:page;mso-position-vertical-relative:page;z-index:74" filled="t" fillcolor="#b5c3c4" stroked="f" strokecolor="#ffffff" strokeweight="0.567pt"/>
        </w:pict>
      </w:r>
      <w:r>
        <w:pict>
          <v:rect id="text75" style="position:absolute;margin-left:464.4283pt;margin-top:132.9222pt;width:47.6402pt;height:30.2740pt;mso-position-horizontal-relative:page;mso-position-vertical-relative:page;z-index:75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76" style="position:absolute;margin-left:464.7685pt;margin-top:166.5411pt;width:18.2551pt;height:11.5654pt;mso-position-horizontal-relative:page;mso-position-vertical-relative:page;z-index:76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77" style="position:absolute;margin-left:479.4497pt;margin-top:249.4488pt;width:33.2266pt;height:246.6142pt;mso-position-horizontal-relative:page;mso-position-vertical-relative:page;z-index:77" filled="f" stroked="f">
            <v:textbox inset="0,0,0,0" style="layout-flow:vertical;mso-layout-flow-alt:top-to-bottom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80" style="position:absolute;margin-left:464.4283pt;margin-top:648.5669pt;width:62.5890pt;height:0.5669pt;mso-position-horizontal-relative:page;mso-position-vertical-relative:page;z-index:80" filled="t" fillcolor="#b5c3c4" stroked="f" strokecolor="#ffffff" strokeweight="0.567pt"/>
        </w:pict>
      </w:r>
      <w:r>
        <w:pict>
          <v:rect id="text81" style="position:absolute;margin-left:464.4283pt;margin-top:673.1603pt;width:50.4567pt;height:14.2866pt;mso-position-horizontal-relative:page;mso-position-vertical-relative:page;z-index:8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82" style="position:absolute;margin-left:464.4283pt;margin-top:700.0214pt;width:53.4909pt;height:11.5654pt;mso-position-horizontal-relative:page;mso-position-vertical-relative:page;z-index:82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83" style="position:absolute;margin-left:464.4283pt;margin-top:757.3606pt;width:32.6052pt;height:20.4094pt;mso-position-horizontal-relative:page;mso-position-vertical-relative:page;z-index:83" filled="f" stroked="f">
            <v:textbox inset="0,0,0,0">
              <w:txbxContent>
                <w:p>
                  <w:pPr>
                    <w:spacing w:before="0" w:after="0" w:line="27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7"/>
                      <w:szCs w:val="2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84" style="position:absolute;margin-left:512.3906pt;margin-top:759.9685pt;width:14.6268pt;height:0.8504pt;mso-position-horizontal-relative:page;mso-position-vertical-relative:page;z-index:84" filled="t" fillcolor="#526e71" stroked="f" strokecolor="#ffffff" strokeweight="0.567pt"/>
        </w:pict>
      </w:r>
      <w:r>
        <w:pict>
          <v:rect id="shape85" style="position:absolute;margin-left:453.5433pt;margin-top:22.6772pt;width:85.0394pt;height:793.7008pt;mso-position-horizontal-relative:page;mso-position-vertical-relative:page;z-index:85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端正なインデックス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