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0" w:lineRule="exact"/>
      </w:pPr>
      <w:r>
        <w:pict>
          <v:rect id="shape1" style="position:absolute;margin-left:49.6063pt;margin-top:22.6772pt;width:113.3858pt;height:793.7008pt;mso-position-horizontal-relative:page;mso-position-vertical-relative:page;z-index:1" filled="t" fillcolor="#ffffff" stroked="f" strokecolor="#ffffff" strokeweight="0.567pt"/>
        </w:pict>
      </w:r>
      <w:r>
        <w:pict>
          <v:rect id="shape2" style="position:absolute;margin-left:49.6063pt;margin-top:22.6772pt;width:4.0819pt;height:793.7008pt;mso-position-horizontal-relative:page;mso-position-vertical-relative:page;z-index:2" filled="t" fillcolor="#526e71" stroked="f" strokecolor="#ffffff" strokeweight="0.567pt"/>
        </w:pict>
      </w:r>
      <w:r>
        <w:pict>
          <v:rect id="shape3" style="position:absolute;margin-left:64.1197pt;margin-top:53.8583pt;width:26.3055pt;height:32.8819pt;mso-position-horizontal-relative:page;mso-position-vertical-relative:page;z-index:3" filled="t" fillcolor="#526e71" stroked="f" strokecolor="#ffffff" strokeweight="0.567pt"/>
        </w:pict>
      </w:r>
      <w:r>
        <w:pict>
          <v:rect id="text4" style="position:absolute;margin-left:69.0917pt;margin-top:63.5528pt;width:19.1962pt;height:22.1102pt;mso-position-horizontal-relative:page;mso-position-vertical-relative:page;z-index:4" filled="f" stroked="f">
            <v:textbox inset="0,0,0,0">
              <w:txbxContent>
                <w:p>
                  <w:pPr>
                    <w:spacing w:before="0" w:after="0" w:line="290" w:lineRule="exact"/>
                  </w:pPr>
                  <w:r>
                    <w:rPr>
                      <w:rFonts w:ascii="Yu Gothic" w:hAnsi="Yu Gothic" w:eastAsia="Yu Gothic"/>
                      <w:color w:val="ffffff"/>
                      <w:sz w:val="29"/>
                      <w:szCs w:val="29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ext5" style="position:absolute;margin-left:139.6120pt;margin-top:66.9317pt;width:10.7943pt;height:18.3685pt;mso-position-horizontal-relative:page;mso-position-vertical-relative:page;z-index:5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526e71"/>
                      <w:sz w:val="24"/>
                      <w:szCs w:val="24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hape6" style="position:absolute;margin-left:64.1197pt;margin-top:115.0866pt;width:83.4520pt;height:0.5669pt;mso-position-horizontal-relative:page;mso-position-vertical-relative:page;z-index:6" filled="t" fillcolor="#b5c3c4" stroked="f" strokecolor="#ffffff" strokeweight="0.567pt"/>
        </w:pict>
      </w:r>
      <w:r>
        <w:pict>
          <v:rect id="text7" style="position:absolute;margin-left:64.1197pt;margin-top:132.9222pt;width:47.6402pt;height:30.2740pt;mso-position-horizontal-relative:page;mso-position-vertical-relative:page;z-index:7" filled="f" stroked="f">
            <v:textbox inset="0,0,0,0">
              <w:txbxContent>
                <w:p>
                  <w:pPr>
                    <w:spacing w:before="0" w:after="0" w:line="40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40"/>
                      <w:szCs w:val="4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8" style="position:absolute;margin-left:64.5732pt;margin-top:166.5411pt;width:18.2551pt;height:11.5654pt;mso-position-horizontal-relative:page;mso-position-vertical-relative:page;z-index:8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53676a"/>
                      <w:sz w:val="15"/>
                      <w:szCs w:val="15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ext9" style="position:absolute;margin-left:89.6859pt;margin-top:249.4488pt;width:33.2266pt;height:246.6142pt;mso-position-horizontal-relative:page;mso-position-vertical-relative:page;z-index:9" filled="f" stroked="f">
            <v:textbox inset="0,0,0,0" style="layout-flow:vertical;mso-layout-flow-alt:top-to-bottom">
              <w:txbxContent>
                <w:p>
                  <w:pPr>
                    <w:spacing w:before="0" w:after="0" w:line="50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50"/>
                      <w:szCs w:val="50"/>
                      <w:b/>
                    </w:rPr>
                    <w:t xml:space="preserve">工事関係書類</w:t>
                  </w:r>
                </w:p>
              </w:txbxContent>
            </v:textbox>
          </v:rect>
        </w:pict>
      </w:r>
      <w:r>
        <w:pict>
          <v:rect id="shape12" style="position:absolute;margin-left:64.1197pt;margin-top:648.5669pt;width:83.4520pt;height:0.5669pt;mso-position-horizontal-relative:page;mso-position-vertical-relative:page;z-index:12" filled="t" fillcolor="#b5c3c4" stroked="f" strokecolor="#ffffff" strokeweight="0.567pt"/>
        </w:pict>
      </w:r>
      <w:r>
        <w:pict>
          <v:rect id="text13" style="position:absolute;margin-left:64.1197pt;margin-top:673.1603pt;width:50.4567pt;height:14.2866pt;mso-position-horizontal-relative:page;mso-position-vertical-relative:page;z-index:13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19"/>
                      <w:szCs w:val="19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14" style="position:absolute;margin-left:64.1197pt;margin-top:700.0214pt;width:53.4909pt;height:11.5654pt;mso-position-horizontal-relative:page;mso-position-vertical-relative:page;z-index:14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53676a"/>
                      <w:sz w:val="15"/>
                      <w:szCs w:val="15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text15" style="position:absolute;margin-left:64.1197pt;margin-top:757.3606pt;width:32.6052pt;height:20.4094pt;mso-position-horizontal-relative:page;mso-position-vertical-relative:page;z-index:15" filled="f" stroked="f">
            <v:textbox inset="0,0,0,0">
              <w:txbxContent>
                <w:p>
                  <w:pPr>
                    <w:spacing w:before="0" w:after="0" w:line="27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27"/>
                      <w:szCs w:val="27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hape16" style="position:absolute;margin-left:128.0693pt;margin-top:759.9685pt;width:19.5024pt;height:0.8504pt;mso-position-horizontal-relative:page;mso-position-vertical-relative:page;z-index:16" filled="t" fillcolor="#526e71" stroked="f" strokecolor="#ffffff" strokeweight="0.567pt"/>
        </w:pict>
      </w:r>
      <w:r>
        <w:pict>
          <v:rect id="shape17" style="position:absolute;margin-left:49.6063pt;margin-top:22.6772pt;width:113.3858pt;height:793.7008pt;mso-position-horizontal-relative:page;mso-position-vertical-relative:page;z-index:17" filled="f" fillcolor="#ffffff" stroked="t" strokecolor="#b8b8b8" strokeweight="0.283pt"/>
        </w:pict>
      </w:r>
      <w:r>
        <w:pict>
          <v:rect id="shape18" style="position:absolute;margin-left:177.1654pt;margin-top:22.6772pt;width:113.3858pt;height:793.7008pt;mso-position-horizontal-relative:page;mso-position-vertical-relative:page;z-index:18" filled="t" fillcolor="#ffffff" stroked="f" strokecolor="#ffffff" strokeweight="0.567pt"/>
        </w:pict>
      </w:r>
      <w:r>
        <w:pict>
          <v:rect id="shape19" style="position:absolute;margin-left:177.1654pt;margin-top:22.6772pt;width:4.0819pt;height:793.7008pt;mso-position-horizontal-relative:page;mso-position-vertical-relative:page;z-index:19" filled="t" fillcolor="#526e71" stroked="f" strokecolor="#ffffff" strokeweight="0.567pt"/>
        </w:pict>
      </w:r>
      <w:r>
        <w:pict>
          <v:rect id="shape20" style="position:absolute;margin-left:191.6787pt;margin-top:53.8583pt;width:26.3055pt;height:32.8819pt;mso-position-horizontal-relative:page;mso-position-vertical-relative:page;z-index:20" filled="t" fillcolor="#526e71" stroked="f" strokecolor="#ffffff" strokeweight="0.567pt"/>
        </w:pict>
      </w:r>
      <w:r>
        <w:pict>
          <v:rect id="text21" style="position:absolute;margin-left:196.6507pt;margin-top:63.5528pt;width:19.1962pt;height:22.1102pt;mso-position-horizontal-relative:page;mso-position-vertical-relative:page;z-index:21" filled="f" stroked="f">
            <v:textbox inset="0,0,0,0">
              <w:txbxContent>
                <w:p>
                  <w:pPr>
                    <w:spacing w:before="0" w:after="0" w:line="290" w:lineRule="exact"/>
                  </w:pPr>
                  <w:r>
                    <w:rPr>
                      <w:rFonts w:ascii="Yu Gothic" w:hAnsi="Yu Gothic" w:eastAsia="Yu Gothic"/>
                      <w:color w:val="ffffff"/>
                      <w:sz w:val="29"/>
                      <w:szCs w:val="29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ext22" style="position:absolute;margin-left:267.1710pt;margin-top:66.9317pt;width:10.7943pt;height:18.3685pt;mso-position-horizontal-relative:page;mso-position-vertical-relative:page;z-index:22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526e71"/>
                      <w:sz w:val="24"/>
                      <w:szCs w:val="24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hape23" style="position:absolute;margin-left:191.6787pt;margin-top:115.0866pt;width:83.4520pt;height:0.5669pt;mso-position-horizontal-relative:page;mso-position-vertical-relative:page;z-index:23" filled="t" fillcolor="#b5c3c4" stroked="f" strokecolor="#ffffff" strokeweight="0.567pt"/>
        </w:pict>
      </w:r>
      <w:r>
        <w:pict>
          <v:rect id="text24" style="position:absolute;margin-left:191.6787pt;margin-top:132.9222pt;width:47.6402pt;height:30.2740pt;mso-position-horizontal-relative:page;mso-position-vertical-relative:page;z-index:24" filled="f" stroked="f">
            <v:textbox inset="0,0,0,0">
              <w:txbxContent>
                <w:p>
                  <w:pPr>
                    <w:spacing w:before="0" w:after="0" w:line="40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40"/>
                      <w:szCs w:val="4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25" style="position:absolute;margin-left:192.1323pt;margin-top:166.5411pt;width:18.2551pt;height:11.5654pt;mso-position-horizontal-relative:page;mso-position-vertical-relative:page;z-index:25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53676a"/>
                      <w:sz w:val="15"/>
                      <w:szCs w:val="15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ext26" style="position:absolute;margin-left:217.2450pt;margin-top:249.4488pt;width:33.2266pt;height:246.6142pt;mso-position-horizontal-relative:page;mso-position-vertical-relative:page;z-index:26" filled="f" stroked="f">
            <v:textbox inset="0,0,0,0" style="layout-flow:vertical;mso-layout-flow-alt:top-to-bottom">
              <w:txbxContent>
                <w:p>
                  <w:pPr>
                    <w:spacing w:before="0" w:after="0" w:line="50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50"/>
                      <w:szCs w:val="50"/>
                      <w:b/>
                    </w:rPr>
                    <w:t xml:space="preserve">工事関係書類</w:t>
                  </w:r>
                </w:p>
              </w:txbxContent>
            </v:textbox>
          </v:rect>
        </w:pict>
      </w:r>
      <w:r>
        <w:pict>
          <v:rect id="shape29" style="position:absolute;margin-left:191.6787pt;margin-top:648.5669pt;width:83.4520pt;height:0.5669pt;mso-position-horizontal-relative:page;mso-position-vertical-relative:page;z-index:29" filled="t" fillcolor="#b5c3c4" stroked="f" strokecolor="#ffffff" strokeweight="0.567pt"/>
        </w:pict>
      </w:r>
      <w:r>
        <w:pict>
          <v:rect id="text30" style="position:absolute;margin-left:191.6787pt;margin-top:673.1603pt;width:50.4567pt;height:14.2866pt;mso-position-horizontal-relative:page;mso-position-vertical-relative:page;z-index:30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19"/>
                      <w:szCs w:val="19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31" style="position:absolute;margin-left:191.6787pt;margin-top:700.0214pt;width:53.4909pt;height:11.5654pt;mso-position-horizontal-relative:page;mso-position-vertical-relative:page;z-index:31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53676a"/>
                      <w:sz w:val="15"/>
                      <w:szCs w:val="15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text32" style="position:absolute;margin-left:191.6787pt;margin-top:757.3606pt;width:32.6052pt;height:20.4094pt;mso-position-horizontal-relative:page;mso-position-vertical-relative:page;z-index:32" filled="f" stroked="f">
            <v:textbox inset="0,0,0,0">
              <w:txbxContent>
                <w:p>
                  <w:pPr>
                    <w:spacing w:before="0" w:after="0" w:line="27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27"/>
                      <w:szCs w:val="27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hape33" style="position:absolute;margin-left:255.6283pt;margin-top:759.9685pt;width:19.5024pt;height:0.8504pt;mso-position-horizontal-relative:page;mso-position-vertical-relative:page;z-index:33" filled="t" fillcolor="#526e71" stroked="f" strokecolor="#ffffff" strokeweight="0.567pt"/>
        </w:pict>
      </w:r>
      <w:r>
        <w:pict>
          <v:rect id="shape34" style="position:absolute;margin-left:177.1654pt;margin-top:22.6772pt;width:113.3858pt;height:793.7008pt;mso-position-horizontal-relative:page;mso-position-vertical-relative:page;z-index:34" filled="f" fillcolor="#ffffff" stroked="t" strokecolor="#b8b8b8" strokeweight="0.283pt"/>
        </w:pict>
      </w:r>
      <w:r>
        <w:pict>
          <v:rect id="shape35" style="position:absolute;margin-left:304.7244pt;margin-top:22.6772pt;width:113.3858pt;height:793.7008pt;mso-position-horizontal-relative:page;mso-position-vertical-relative:page;z-index:35" filled="t" fillcolor="#ffffff" stroked="f" strokecolor="#ffffff" strokeweight="0.567pt"/>
        </w:pict>
      </w:r>
      <w:r>
        <w:pict>
          <v:rect id="shape36" style="position:absolute;margin-left:304.7244pt;margin-top:22.6772pt;width:4.0819pt;height:793.7008pt;mso-position-horizontal-relative:page;mso-position-vertical-relative:page;z-index:36" filled="t" fillcolor="#526e71" stroked="f" strokecolor="#ffffff" strokeweight="0.567pt"/>
        </w:pict>
      </w:r>
      <w:r>
        <w:pict>
          <v:rect id="shape37" style="position:absolute;margin-left:319.2378pt;margin-top:53.8583pt;width:26.3055pt;height:32.8819pt;mso-position-horizontal-relative:page;mso-position-vertical-relative:page;z-index:37" filled="t" fillcolor="#526e71" stroked="f" strokecolor="#ffffff" strokeweight="0.567pt"/>
        </w:pict>
      </w:r>
      <w:r>
        <w:pict>
          <v:rect id="text38" style="position:absolute;margin-left:324.2098pt;margin-top:63.5528pt;width:19.1962pt;height:22.1102pt;mso-position-horizontal-relative:page;mso-position-vertical-relative:page;z-index:38" filled="f" stroked="f">
            <v:textbox inset="0,0,0,0">
              <w:txbxContent>
                <w:p>
                  <w:pPr>
                    <w:spacing w:before="0" w:after="0" w:line="290" w:lineRule="exact"/>
                  </w:pPr>
                  <w:r>
                    <w:rPr>
                      <w:rFonts w:ascii="Yu Gothic" w:hAnsi="Yu Gothic" w:eastAsia="Yu Gothic"/>
                      <w:color w:val="ffffff"/>
                      <w:sz w:val="29"/>
                      <w:szCs w:val="29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ext39" style="position:absolute;margin-left:394.7301pt;margin-top:66.9317pt;width:10.7943pt;height:18.3685pt;mso-position-horizontal-relative:page;mso-position-vertical-relative:page;z-index:39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526e71"/>
                      <w:sz w:val="24"/>
                      <w:szCs w:val="24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hape40" style="position:absolute;margin-left:319.2378pt;margin-top:115.0866pt;width:83.4520pt;height:0.5669pt;mso-position-horizontal-relative:page;mso-position-vertical-relative:page;z-index:40" filled="t" fillcolor="#b5c3c4" stroked="f" strokecolor="#ffffff" strokeweight="0.567pt"/>
        </w:pict>
      </w:r>
      <w:r>
        <w:pict>
          <v:rect id="text41" style="position:absolute;margin-left:319.2378pt;margin-top:132.9222pt;width:47.6402pt;height:30.2740pt;mso-position-horizontal-relative:page;mso-position-vertical-relative:page;z-index:41" filled="f" stroked="f">
            <v:textbox inset="0,0,0,0">
              <w:txbxContent>
                <w:p>
                  <w:pPr>
                    <w:spacing w:before="0" w:after="0" w:line="40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40"/>
                      <w:szCs w:val="4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42" style="position:absolute;margin-left:319.6913pt;margin-top:166.5411pt;width:18.2551pt;height:11.5654pt;mso-position-horizontal-relative:page;mso-position-vertical-relative:page;z-index:42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53676a"/>
                      <w:sz w:val="15"/>
                      <w:szCs w:val="15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ext43" style="position:absolute;margin-left:344.8040pt;margin-top:249.4488pt;width:33.2266pt;height:246.6142pt;mso-position-horizontal-relative:page;mso-position-vertical-relative:page;z-index:43" filled="f" stroked="f">
            <v:textbox inset="0,0,0,0" style="layout-flow:vertical;mso-layout-flow-alt:top-to-bottom">
              <w:txbxContent>
                <w:p>
                  <w:pPr>
                    <w:spacing w:before="0" w:after="0" w:line="50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50"/>
                      <w:szCs w:val="50"/>
                      <w:b/>
                    </w:rPr>
                    <w:t xml:space="preserve">工事関係書類</w:t>
                  </w:r>
                </w:p>
              </w:txbxContent>
            </v:textbox>
          </v:rect>
        </w:pict>
      </w:r>
      <w:r>
        <w:pict>
          <v:rect id="shape46" style="position:absolute;margin-left:319.2378pt;margin-top:648.5669pt;width:83.4520pt;height:0.5669pt;mso-position-horizontal-relative:page;mso-position-vertical-relative:page;z-index:46" filled="t" fillcolor="#b5c3c4" stroked="f" strokecolor="#ffffff" strokeweight="0.567pt"/>
        </w:pict>
      </w:r>
      <w:r>
        <w:pict>
          <v:rect id="text47" style="position:absolute;margin-left:319.2378pt;margin-top:673.1603pt;width:50.4567pt;height:14.2866pt;mso-position-horizontal-relative:page;mso-position-vertical-relative:page;z-index:47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19"/>
                      <w:szCs w:val="19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48" style="position:absolute;margin-left:319.2378pt;margin-top:700.0214pt;width:53.4909pt;height:11.5654pt;mso-position-horizontal-relative:page;mso-position-vertical-relative:page;z-index:48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53676a"/>
                      <w:sz w:val="15"/>
                      <w:szCs w:val="15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text49" style="position:absolute;margin-left:319.2378pt;margin-top:757.3606pt;width:32.6052pt;height:20.4094pt;mso-position-horizontal-relative:page;mso-position-vertical-relative:page;z-index:49" filled="f" stroked="f">
            <v:textbox inset="0,0,0,0">
              <w:txbxContent>
                <w:p>
                  <w:pPr>
                    <w:spacing w:before="0" w:after="0" w:line="27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27"/>
                      <w:szCs w:val="27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hape50" style="position:absolute;margin-left:383.1874pt;margin-top:759.9685pt;width:19.5024pt;height:0.8504pt;mso-position-horizontal-relative:page;mso-position-vertical-relative:page;z-index:50" filled="t" fillcolor="#526e71" stroked="f" strokecolor="#ffffff" strokeweight="0.567pt"/>
        </w:pict>
      </w:r>
      <w:r>
        <w:pict>
          <v:rect id="shape51" style="position:absolute;margin-left:304.7244pt;margin-top:22.6772pt;width:113.3858pt;height:793.7008pt;mso-position-horizontal-relative:page;mso-position-vertical-relative:page;z-index:51" filled="f" fillcolor="#ffffff" stroked="t" strokecolor="#b8b8b8" strokeweight="0.283pt"/>
        </w:pict>
      </w:r>
      <w:r>
        <w:pict>
          <v:rect id="shape52" style="position:absolute;margin-left:432.2835pt;margin-top:22.6772pt;width:113.3858pt;height:793.7008pt;mso-position-horizontal-relative:page;mso-position-vertical-relative:page;z-index:52" filled="t" fillcolor="#ffffff" stroked="f" strokecolor="#ffffff" strokeweight="0.567pt"/>
        </w:pict>
      </w:r>
      <w:r>
        <w:pict>
          <v:rect id="shape53" style="position:absolute;margin-left:432.2835pt;margin-top:22.6772pt;width:4.0819pt;height:793.7008pt;mso-position-horizontal-relative:page;mso-position-vertical-relative:page;z-index:53" filled="t" fillcolor="#526e71" stroked="f" strokecolor="#ffffff" strokeweight="0.567pt"/>
        </w:pict>
      </w:r>
      <w:r>
        <w:pict>
          <v:rect id="shape54" style="position:absolute;margin-left:446.7969pt;margin-top:53.8583pt;width:26.3055pt;height:32.8819pt;mso-position-horizontal-relative:page;mso-position-vertical-relative:page;z-index:54" filled="t" fillcolor="#526e71" stroked="f" strokecolor="#ffffff" strokeweight="0.567pt"/>
        </w:pict>
      </w:r>
      <w:r>
        <w:pict>
          <v:rect id="text55" style="position:absolute;margin-left:451.7688pt;margin-top:63.5528pt;width:19.1962pt;height:22.1102pt;mso-position-horizontal-relative:page;mso-position-vertical-relative:page;z-index:55" filled="f" stroked="f">
            <v:textbox inset="0,0,0,0">
              <w:txbxContent>
                <w:p>
                  <w:pPr>
                    <w:spacing w:before="0" w:after="0" w:line="290" w:lineRule="exact"/>
                  </w:pPr>
                  <w:r>
                    <w:rPr>
                      <w:rFonts w:ascii="Yu Gothic" w:hAnsi="Yu Gothic" w:eastAsia="Yu Gothic"/>
                      <w:color w:val="ffffff"/>
                      <w:sz w:val="29"/>
                      <w:szCs w:val="29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ext56" style="position:absolute;margin-left:522.2891pt;margin-top:66.9317pt;width:10.7943pt;height:18.3685pt;mso-position-horizontal-relative:page;mso-position-vertical-relative:page;z-index:56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526e71"/>
                      <w:sz w:val="24"/>
                      <w:szCs w:val="24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hape57" style="position:absolute;margin-left:446.7969pt;margin-top:115.0866pt;width:83.4520pt;height:0.5669pt;mso-position-horizontal-relative:page;mso-position-vertical-relative:page;z-index:57" filled="t" fillcolor="#b5c3c4" stroked="f" strokecolor="#ffffff" strokeweight="0.567pt"/>
        </w:pict>
      </w:r>
      <w:r>
        <w:pict>
          <v:rect id="text58" style="position:absolute;margin-left:446.7969pt;margin-top:132.9222pt;width:47.6402pt;height:30.2740pt;mso-position-horizontal-relative:page;mso-position-vertical-relative:page;z-index:58" filled="f" stroked="f">
            <v:textbox inset="0,0,0,0">
              <w:txbxContent>
                <w:p>
                  <w:pPr>
                    <w:spacing w:before="0" w:after="0" w:line="40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40"/>
                      <w:szCs w:val="4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59" style="position:absolute;margin-left:447.2504pt;margin-top:166.5411pt;width:18.2551pt;height:11.5654pt;mso-position-horizontal-relative:page;mso-position-vertical-relative:page;z-index:59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53676a"/>
                      <w:sz w:val="15"/>
                      <w:szCs w:val="15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ext60" style="position:absolute;margin-left:472.3631pt;margin-top:249.4488pt;width:33.2266pt;height:246.6142pt;mso-position-horizontal-relative:page;mso-position-vertical-relative:page;z-index:60" filled="f" stroked="f">
            <v:textbox inset="0,0,0,0" style="layout-flow:vertical;mso-layout-flow-alt:top-to-bottom">
              <w:txbxContent>
                <w:p>
                  <w:pPr>
                    <w:spacing w:before="0" w:after="0" w:line="50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50"/>
                      <w:szCs w:val="50"/>
                      <w:b/>
                    </w:rPr>
                    <w:t xml:space="preserve">工事関係書類</w:t>
                  </w:r>
                </w:p>
              </w:txbxContent>
            </v:textbox>
          </v:rect>
        </w:pict>
      </w:r>
      <w:r>
        <w:pict>
          <v:rect id="shape63" style="position:absolute;margin-left:446.7969pt;margin-top:648.5669pt;width:83.4520pt;height:0.5669pt;mso-position-horizontal-relative:page;mso-position-vertical-relative:page;z-index:63" filled="t" fillcolor="#b5c3c4" stroked="f" strokecolor="#ffffff" strokeweight="0.567pt"/>
        </w:pict>
      </w:r>
      <w:r>
        <w:pict>
          <v:rect id="text64" style="position:absolute;margin-left:446.7969pt;margin-top:673.1603pt;width:50.4567pt;height:14.2866pt;mso-position-horizontal-relative:page;mso-position-vertical-relative:page;z-index:64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19"/>
                      <w:szCs w:val="19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65" style="position:absolute;margin-left:446.7969pt;margin-top:700.0214pt;width:53.4909pt;height:11.5654pt;mso-position-horizontal-relative:page;mso-position-vertical-relative:page;z-index:65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53676a"/>
                      <w:sz w:val="15"/>
                      <w:szCs w:val="15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text66" style="position:absolute;margin-left:446.7969pt;margin-top:757.3606pt;width:32.6052pt;height:20.4094pt;mso-position-horizontal-relative:page;mso-position-vertical-relative:page;z-index:66" filled="f" stroked="f">
            <v:textbox inset="0,0,0,0">
              <w:txbxContent>
                <w:p>
                  <w:pPr>
                    <w:spacing w:before="0" w:after="0" w:line="27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27"/>
                      <w:szCs w:val="27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hape67" style="position:absolute;margin-left:510.7465pt;margin-top:759.9685pt;width:19.5024pt;height:0.8504pt;mso-position-horizontal-relative:page;mso-position-vertical-relative:page;z-index:67" filled="t" fillcolor="#526e71" stroked="f" strokecolor="#ffffff" strokeweight="0.567pt"/>
        </w:pict>
      </w:r>
      <w:r>
        <w:pict>
          <v:rect id="shape68" style="position:absolute;margin-left:432.2835pt;margin-top:22.6772pt;width:113.3858pt;height:793.7008pt;mso-position-horizontal-relative:page;mso-position-vertical-relative:page;z-index:68" filled="f" fillcolor="#ffffff" stroked="t" strokecolor="#b8b8b8" strokeweight="0.283pt"/>
        </w:pict>
      </w:r>
    </w:p>
    <w:sectPr w:rsidR="00FC693F" w:rsidRPr="0006063C" w:rsidSect="00034616">
      <w:pgSz w:w="11906" w:h="16838"/>
      <w:pgMar w:top="454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Yu Gothic" w:hAnsi="Yu Gothic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背表紙 端正なインデックス 4cm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