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70.8661pt;margin-top:22.6772pt;width:141.7323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70.8661pt;margin-top:22.6772pt;width:5.1024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89.0079pt;margin-top:53.8583pt;width:32.8819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95.2228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183.3732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89.0079pt;margin-top:115.0866pt;width:104.3150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89.0079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89.5748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120.9657pt;margin-top:249.4488pt;width:50.3433pt;height:246.6142pt;mso-position-horizontal-relative:page;mso-position-vertical-relative:page;z-index:9" filled="f" stroked="f">
            <v:textbox inset="0,0,0,0" style="layout-flow:vertical;mso-layout-flow-alt:top-to-bottom">
              <w:txbxContent>
                <w:p>
                  <w:pPr/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89.0079pt;margin-top:648.5669pt;width:104.3150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89.0079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89.0079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89.0079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68.9449pt;margin-top:759.9685pt;width:24.3780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70.8661pt;margin-top:22.6772pt;width:141.7323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26.7717pt;margin-top:22.6772pt;width:141.7323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226.7717pt;margin-top:22.6772pt;width:5.1024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244.9134pt;margin-top:53.8583pt;width:32.8819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251.1283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339.2787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244.9134pt;margin-top:115.0866pt;width:104.3150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244.9134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245.4803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276.8712pt;margin-top:249.4488pt;width:50.3433pt;height:246.6142pt;mso-position-horizontal-relative:page;mso-position-vertical-relative:page;z-index:26" filled="f" stroked="f">
            <v:textbox inset="0,0,0,0" style="layout-flow:vertical;mso-layout-flow-alt:top-to-bottom">
              <w:txbxContent>
                <w:p>
                  <w:pPr/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244.9134pt;margin-top:648.5669pt;width:104.3150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244.9134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244.9134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244.9134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324.8504pt;margin-top:759.9685pt;width:24.3780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226.7717pt;margin-top:22.6772pt;width:141.7323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82.6772pt;margin-top:22.6772pt;width:141.7323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82.6772pt;margin-top:22.6772pt;width:5.1024pt;height:793.7008pt;mso-position-horizontal-relative:page;mso-position-vertical-relative:page;z-index:36" filled="t" fillcolor="#526e71" stroked="f" strokecolor="#ffffff" strokeweight="0.567pt"/>
        </w:pict>
      </w:r>
      <w:r>
        <w:pict>
          <v:rect id="shape37" style="position:absolute;margin-left:400.8189pt;margin-top:53.8583pt;width:32.8819pt;height:32.8819pt;mso-position-horizontal-relative:page;mso-position-vertical-relative:page;z-index:37" filled="t" fillcolor="#526e71" stroked="f" strokecolor="#ffffff" strokeweight="0.567pt"/>
        </w:pict>
      </w:r>
      <w:r>
        <w:pict>
          <v:rect id="text38" style="position:absolute;margin-left:407.0339pt;margin-top:60.2362pt;width:23.2866pt;height:27.6378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39" style="position:absolute;margin-left:495.1843pt;margin-top:64.1764pt;width:12.7843pt;height:22.9606pt;mso-position-horizontal-relative:page;mso-position-vertical-relative:page;z-index:39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40" style="position:absolute;margin-left:400.8189pt;margin-top:115.0866pt;width:104.3150pt;height:0.5669pt;mso-position-horizontal-relative:page;mso-position-vertical-relative:page;z-index:40" filled="t" fillcolor="#b5c3c4" stroked="f" strokecolor="#ffffff" strokeweight="0.567pt"/>
        </w:pict>
      </w:r>
      <w:r>
        <w:pict>
          <v:rect id="text41" style="position:absolute;margin-left:400.8189pt;margin-top:128.3811pt;width:58.8416pt;height:37.8425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2" style="position:absolute;margin-left:401.3858pt;margin-top:164.8063pt;width:22.1102pt;height:14.4567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43" style="position:absolute;margin-left:432.7767pt;margin-top:249.4488pt;width:50.3433pt;height:246.6142pt;mso-position-horizontal-relative:page;mso-position-vertical-relative:page;z-index:43" filled="f" stroked="f">
            <v:textbox inset="0,0,0,0" style="layout-flow:vertical;mso-layout-flow-alt:top-to-bottom">
              <w:txbxContent>
                <w:p>
                  <w:pPr/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6" style="position:absolute;margin-left:400.8189pt;margin-top:648.5669pt;width:104.3150pt;height:0.5669pt;mso-position-horizontal-relative:page;mso-position-vertical-relative:page;z-index:46" filled="t" fillcolor="#b5c3c4" stroked="f" strokecolor="#ffffff" strokeweight="0.567pt"/>
        </w:pict>
      </w:r>
      <w:r>
        <w:pict>
          <v:rect id="text47" style="position:absolute;margin-left:400.8189pt;margin-top:671.0173pt;width:62.3622pt;height:17.8583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400.8189pt;margin-top:698.2866pt;width:66.1550pt;height:14.4567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400.8189pt;margin-top:754.2992pt;width:40.0479pt;height:25.5118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480.7559pt;margin-top:759.9685pt;width:24.3780pt;height:0.8504pt;mso-position-horizontal-relative:page;mso-position-vertical-relative:page;z-index:50" filled="t" fillcolor="#526e71" stroked="f" strokecolor="#ffffff" strokeweight="0.567pt"/>
        </w:pict>
      </w:r>
      <w:r>
        <w:pict>
          <v:rect id="shape51" style="position:absolute;margin-left:382.6772pt;margin-top:22.6772pt;width:141.7323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5cm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