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28.3465pt;margin-top:22.6772pt;width:170.0787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28.3465pt;margin-top:22.6772pt;width:6.1228pt;height:793.7008pt;mso-position-horizontal-relative:page;mso-position-vertical-relative:page;z-index:2" filled="t" fillcolor="#526e71" stroked="f" strokecolor="#ffffff" strokeweight="0.567pt"/>
        </w:pict>
      </w:r>
      <w:r>
        <w:pict>
          <v:rect id="shape3" style="position:absolute;margin-left:50.1165pt;margin-top:53.8583pt;width:39.4583pt;height:32.8819pt;mso-position-horizontal-relative:page;mso-position-vertical-relative:page;z-index:3" filled="t" fillcolor="#526e71" stroked="f" strokecolor="#ffffff" strokeweight="0.567pt"/>
        </w:pict>
      </w:r>
      <w:r>
        <w:pict>
          <v:rect id="text4" style="position:absolute;margin-left:59.6197pt;margin-top:60.2362pt;width:23.2866pt;height:27.6378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5" style="position:absolute;margin-left:165.3449pt;margin-top:64.1764pt;width:12.7843pt;height:22.9606pt;mso-position-horizontal-relative:page;mso-position-vertical-relative:page;z-index:5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6" style="position:absolute;margin-left:50.1165pt;margin-top:115.0866pt;width:125.1780pt;height:0.5669pt;mso-position-horizontal-relative:page;mso-position-vertical-relative:page;z-index:6" filled="t" fillcolor="#b5c3c4" stroked="f" strokecolor="#ffffff" strokeweight="0.567pt"/>
        </w:pict>
      </w:r>
      <w:r>
        <w:pict>
          <v:rect id="text7" style="position:absolute;margin-left:50.1165pt;margin-top:128.3811pt;width:58.8416pt;height:37.8425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8" style="position:absolute;margin-left:50.7969pt;margin-top:164.8063pt;width:22.1102pt;height:14.4567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9" style="position:absolute;margin-left:92.6192pt;margin-top:249.4488pt;width:41.5332pt;height:246.6142pt;mso-position-horizontal-relative:page;mso-position-vertical-relative:page;z-index:9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12" style="position:absolute;margin-left:50.1165pt;margin-top:648.5669pt;width:125.1780pt;height:0.5669pt;mso-position-horizontal-relative:page;mso-position-vertical-relative:page;z-index:12" filled="t" fillcolor="#b5c3c4" stroked="f" strokecolor="#ffffff" strokeweight="0.567pt"/>
        </w:pict>
      </w:r>
      <w:r>
        <w:pict>
          <v:rect id="text13" style="position:absolute;margin-left:50.1165pt;margin-top:671.0173pt;width:62.3622pt;height:17.8583pt;mso-position-horizontal-relative:page;mso-position-vertical-relative:page;z-index:1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4" style="position:absolute;margin-left:50.1165pt;margin-top:698.2866pt;width:66.1550pt;height:14.4567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15" style="position:absolute;margin-left:50.1165pt;margin-top:754.2992pt;width:40.0479pt;height:25.5118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16" style="position:absolute;margin-left:146.0409pt;margin-top:759.9685pt;width:29.2535pt;height:0.8504pt;mso-position-horizontal-relative:page;mso-position-vertical-relative:page;z-index:16" filled="t" fillcolor="#526e71" stroked="f" strokecolor="#ffffff" strokeweight="0.567pt"/>
        </w:pict>
      </w:r>
      <w:r>
        <w:pict>
          <v:rect id="shape17" style="position:absolute;margin-left:28.3465pt;margin-top:22.6772pt;width:170.0787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12.5984pt;margin-top:22.6772pt;width:170.0787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12.5984pt;margin-top:22.6772pt;width:6.1228pt;height:793.7008pt;mso-position-horizontal-relative:page;mso-position-vertical-relative:page;z-index:19" filled="t" fillcolor="#526e71" stroked="f" strokecolor="#ffffff" strokeweight="0.567pt"/>
        </w:pict>
      </w:r>
      <w:r>
        <w:pict>
          <v:rect id="shape20" style="position:absolute;margin-left:234.3685pt;margin-top:53.8583pt;width:39.4583pt;height:32.8819pt;mso-position-horizontal-relative:page;mso-position-vertical-relative:page;z-index:20" filled="t" fillcolor="#526e71" stroked="f" strokecolor="#ffffff" strokeweight="0.567pt"/>
        </w:pict>
      </w:r>
      <w:r>
        <w:pict>
          <v:rect id="text21" style="position:absolute;margin-left:243.8717pt;margin-top:60.2362pt;width:23.2866pt;height:27.6378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22" style="position:absolute;margin-left:349.5969pt;margin-top:64.1764pt;width:12.7843pt;height:22.9606pt;mso-position-horizontal-relative:page;mso-position-vertical-relative:page;z-index:22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23" style="position:absolute;margin-left:234.3685pt;margin-top:115.0866pt;width:125.1780pt;height:0.5669pt;mso-position-horizontal-relative:page;mso-position-vertical-relative:page;z-index:23" filled="t" fillcolor="#b5c3c4" stroked="f" strokecolor="#ffffff" strokeweight="0.567pt"/>
        </w:pict>
      </w:r>
      <w:r>
        <w:pict>
          <v:rect id="text24" style="position:absolute;margin-left:234.3685pt;margin-top:128.3811pt;width:58.8416pt;height:37.8425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5" style="position:absolute;margin-left:235.0488pt;margin-top:164.8063pt;width:22.1102pt;height:14.4567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26" style="position:absolute;margin-left:276.8712pt;margin-top:249.4488pt;width:41.5332pt;height:246.6142pt;mso-position-horizontal-relative:page;mso-position-vertical-relative:page;z-index:26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29" style="position:absolute;margin-left:234.3685pt;margin-top:648.5669pt;width:125.1780pt;height:0.5669pt;mso-position-horizontal-relative:page;mso-position-vertical-relative:page;z-index:29" filled="t" fillcolor="#b5c3c4" stroked="f" strokecolor="#ffffff" strokeweight="0.567pt"/>
        </w:pict>
      </w:r>
      <w:r>
        <w:pict>
          <v:rect id="text30" style="position:absolute;margin-left:234.3685pt;margin-top:671.0173pt;width:62.3622pt;height:17.8583pt;mso-position-horizontal-relative:page;mso-position-vertical-relative:page;z-index:3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1" style="position:absolute;margin-left:234.3685pt;margin-top:698.2866pt;width:66.1550pt;height:14.4567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32" style="position:absolute;margin-left:234.3685pt;margin-top:754.2992pt;width:40.0479pt;height:25.5118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33" style="position:absolute;margin-left:330.2929pt;margin-top:759.9685pt;width:29.2535pt;height:0.8504pt;mso-position-horizontal-relative:page;mso-position-vertical-relative:page;z-index:33" filled="t" fillcolor="#526e71" stroked="f" strokecolor="#ffffff" strokeweight="0.567pt"/>
        </w:pict>
      </w:r>
      <w:r>
        <w:pict>
          <v:rect id="shape34" style="position:absolute;margin-left:212.5984pt;margin-top:22.6772pt;width:170.0787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96.8504pt;margin-top:22.6772pt;width:170.0787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96.8504pt;margin-top:22.6772pt;width:6.1228pt;height:793.7008pt;mso-position-horizontal-relative:page;mso-position-vertical-relative:page;z-index:36" filled="t" fillcolor="#526e71" stroked="f" strokecolor="#ffffff" strokeweight="0.567pt"/>
        </w:pict>
      </w:r>
      <w:r>
        <w:pict>
          <v:rect id="shape37" style="position:absolute;margin-left:418.6205pt;margin-top:53.8583pt;width:39.4583pt;height:32.8819pt;mso-position-horizontal-relative:page;mso-position-vertical-relative:page;z-index:37" filled="t" fillcolor="#526e71" stroked="f" strokecolor="#ffffff" strokeweight="0.567pt"/>
        </w:pict>
      </w:r>
      <w:r>
        <w:pict>
          <v:rect id="text38" style="position:absolute;margin-left:428.1236pt;margin-top:60.2362pt;width:23.2866pt;height:27.6378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370" w:lineRule="exact"/>
                  </w:pPr>
                  <w:r>
                    <w:rPr>
                      <w:rFonts w:ascii="Yu Gothic" w:hAnsi="Yu Gothic" w:eastAsia="Yu Gothic"/>
                      <w:color w:val="ffffff"/>
                      <w:sz w:val="37"/>
                      <w:szCs w:val="37"/>
                    </w:rPr>
                    <w:t xml:space="preserve">01</w:t>
                  </w:r>
                </w:p>
              </w:txbxContent>
            </v:textbox>
          </v:rect>
        </w:pict>
      </w:r>
      <w:r>
        <w:pict>
          <v:rect id="text39" style="position:absolute;margin-left:533.8488pt;margin-top:64.1764pt;width:12.7843pt;height:22.9606pt;mso-position-horizontal-relative:page;mso-position-vertical-relative:page;z-index:39" filled="f" stroked="f">
            <v:textbox inset="0,0,0,0">
              <w:txbxContent>
                <w:p>
                  <w:pPr>
                    <w:spacing w:before="0" w:after="0" w:line="310" w:lineRule="exact"/>
                  </w:pPr>
                  <w:r>
                    <w:rPr>
                      <w:rFonts w:ascii="Yu Gothic" w:hAnsi="Yu Gothic" w:eastAsia="Yu Gothic"/>
                      <w:color w:val="526e71"/>
                      <w:sz w:val="31"/>
                      <w:szCs w:val="31"/>
                    </w:rPr>
                    <w:t xml:space="preserve">A</w:t>
                  </w:r>
                </w:p>
              </w:txbxContent>
            </v:textbox>
          </v:rect>
        </w:pict>
      </w:r>
      <w:r>
        <w:pict>
          <v:rect id="shape40" style="position:absolute;margin-left:418.6205pt;margin-top:115.0866pt;width:125.1780pt;height:0.5669pt;mso-position-horizontal-relative:page;mso-position-vertical-relative:page;z-index:40" filled="t" fillcolor="#b5c3c4" stroked="f" strokecolor="#ffffff" strokeweight="0.567pt"/>
        </w:pict>
      </w:r>
      <w:r>
        <w:pict>
          <v:rect id="text41" style="position:absolute;margin-left:418.6205pt;margin-top:128.3811pt;width:58.8416pt;height:37.8425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50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50"/>
                      <w:szCs w:val="50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2" style="position:absolute;margin-left:419.3008pt;margin-top:164.8063pt;width:22.1102pt;height:14.4567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text43" style="position:absolute;margin-left:461.1231pt;margin-top:249.4488pt;width:41.5332pt;height:246.6142pt;mso-position-horizontal-relative:page;mso-position-vertical-relative:page;z-index:43" filled="f" stroked="f">
            <v:textbox inset="0,0,0,0" style="layout-flow:vertical;mso-layout-flow-alt:top-to-bottom">
              <w:txbxContent>
                <w:p>
                  <w:pPr>
                    <w:spacing w:before="0" w:after="0" w:line="63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63"/>
                      <w:szCs w:val="63"/>
                      <w:b/>
                    </w:rPr>
                    <w:t xml:space="preserve">工事関係書類</w:t>
                  </w:r>
                </w:p>
              </w:txbxContent>
            </v:textbox>
          </v:rect>
        </w:pict>
      </w:r>
      <w:r>
        <w:pict>
          <v:rect id="shape46" style="position:absolute;margin-left:418.6205pt;margin-top:648.5669pt;width:125.1780pt;height:0.5669pt;mso-position-horizontal-relative:page;mso-position-vertical-relative:page;z-index:46" filled="t" fillcolor="#b5c3c4" stroked="f" strokecolor="#ffffff" strokeweight="0.567pt"/>
        </w:pict>
      </w:r>
      <w:r>
        <w:pict>
          <v:rect id="text47" style="position:absolute;margin-left:418.6205pt;margin-top:671.0173pt;width:62.3622pt;height:17.8583pt;mso-position-horizontal-relative:page;mso-position-vertical-relative:page;z-index:47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8" style="position:absolute;margin-left:418.6205pt;margin-top:698.2866pt;width:66.1550pt;height:14.4567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76a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text49" style="position:absolute;margin-left:418.6205pt;margin-top:754.2992pt;width:40.0479pt;height:25.5118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340" w:lineRule="exact"/>
                  </w:pPr>
                  <w:r>
                    <w:rPr>
                      <w:rFonts w:ascii="Yu Gothic" w:hAnsi="Yu Gothic" w:eastAsia="Yu Gothic"/>
                      <w:color w:val="263d40"/>
                      <w:sz w:val="34"/>
                      <w:szCs w:val="3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hape50" style="position:absolute;margin-left:514.5449pt;margin-top:759.9685pt;width:29.2535pt;height:0.8504pt;mso-position-horizontal-relative:page;mso-position-vertical-relative:page;z-index:50" filled="t" fillcolor="#526e71" stroked="f" strokecolor="#ffffff" strokeweight="0.567pt"/>
        </w:pict>
      </w:r>
      <w:r>
        <w:pict>
          <v:rect id="shape51" style="position:absolute;margin-left:396.8504pt;margin-top:22.6772pt;width:170.0787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端正なインデックス 6cm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