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92.1260pt;margin-top:22.6772pt;width:198.4252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92.1260pt;margin-top:22.6772pt;width:7.1433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117.5244pt;margin-top:53.8583pt;width:46.0346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130.3157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253.6157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117.5244pt;margin-top:115.0866pt;width:146.040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117.5244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118.3181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70.5720pt;margin-top:249.4488pt;width:41.5332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117.5244pt;margin-top:648.5669pt;width:146.040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117.5244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17.5244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17.5244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29.4362pt;margin-top:759.9685pt;width:34.1291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92.1260pt;margin-top:22.6772pt;width:198.4252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198.4252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7.1433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330.1228pt;margin-top:53.8583pt;width:46.0346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342.9142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466.2142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330.1228pt;margin-top:115.0866pt;width:146.0409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330.1228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330.9165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383.1704pt;margin-top:249.4488pt;width:41.5332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330.1228pt;margin-top:648.5669pt;width:146.0409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330.1228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0.1228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0.1228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42.0346pt;margin-top:759.9685pt;width:34.1291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304.7244pt;margin-top:22.6772pt;width:198.4252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7cm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