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35.4331pt;margin-top:22.6772pt;width:255.1181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35.4331pt;margin-top:22.6772pt;width:9.1843pt;height:793.7008pt;mso-position-horizontal-relative:page;mso-position-vertical-relative:page;z-index:2" filled="t" fillcolor="#526e71" stroked="f" strokecolor="#ffffff" strokeweight="0.567pt"/>
        </w:pict>
      </w:r>
      <w:r>
        <w:pict>
          <v:rect id="shape3" style="position:absolute;margin-left:68.0882pt;margin-top:53.8583pt;width:59.1874pt;height:32.8819pt;mso-position-horizontal-relative:page;mso-position-vertical-relative:page;z-index:3" filled="t" fillcolor="#526e71" stroked="f" strokecolor="#ffffff" strokeweight="0.567pt"/>
        </w:pict>
      </w:r>
      <w:r>
        <w:pict>
          <v:rect id="text4" style="position:absolute;margin-left:87.4559pt;margin-top:60.2362pt;width:23.2866pt;height:27.6378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" style="position:absolute;margin-left:245.9055pt;margin-top:64.1764pt;width:12.7843pt;height:22.9606pt;mso-position-horizontal-relative:page;mso-position-vertical-relative:page;z-index:5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6" style="position:absolute;margin-left:68.0882pt;margin-top:115.0866pt;width:187.7669pt;height:0.5669pt;mso-position-horizontal-relative:page;mso-position-vertical-relative:page;z-index:6" filled="t" fillcolor="#b5c3c4" stroked="f" strokecolor="#ffffff" strokeweight="0.567pt"/>
        </w:pict>
      </w:r>
      <w:r>
        <w:pict>
          <v:rect id="text7" style="position:absolute;margin-left:68.0882pt;margin-top:128.3811pt;width:58.8416pt;height:37.842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8" style="position:absolute;margin-left:69.1087pt;margin-top:164.8063pt;width:22.1102pt;height:14.4567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9" style="position:absolute;margin-left:142.2255pt;margin-top:249.4488pt;width:41.5332pt;height:246.6142pt;mso-position-horizontal-relative:page;mso-position-vertical-relative:page;z-index:9" filled="f" stroked="f">
            <v:textbox inset="0,0,0,0" style="layout-flow:vertical;mso-layout-flow-alt:top-to-bottom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2" style="position:absolute;margin-left:68.0882pt;margin-top:648.5669pt;width:187.7669pt;height:0.5669pt;mso-position-horizontal-relative:page;mso-position-vertical-relative:page;z-index:12" filled="t" fillcolor="#b5c3c4" stroked="f" strokecolor="#ffffff" strokeweight="0.567pt"/>
        </w:pict>
      </w:r>
      <w:r>
        <w:pict>
          <v:rect id="text13" style="position:absolute;margin-left:68.0882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68.0882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68.0882pt;margin-top:754.2992pt;width:40.0479pt;height:25.5118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211.9748pt;margin-top:759.9685pt;width:43.8803pt;height:0.8504pt;mso-position-horizontal-relative:page;mso-position-vertical-relative:page;z-index:16" filled="t" fillcolor="#526e71" stroked="f" strokecolor="#ffffff" strokeweight="0.567pt"/>
        </w:pict>
      </w:r>
      <w:r>
        <w:pict>
          <v:rect id="shape17" style="position:absolute;margin-left:35.4331pt;margin-top:22.6772pt;width:255.1181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255.1181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304.7244pt;margin-top:22.6772pt;width:9.1843pt;height:793.7008pt;mso-position-horizontal-relative:page;mso-position-vertical-relative:page;z-index:19" filled="t" fillcolor="#526e71" stroked="f" strokecolor="#ffffff" strokeweight="0.567pt"/>
        </w:pict>
      </w:r>
      <w:r>
        <w:pict>
          <v:rect id="shape20" style="position:absolute;margin-left:337.3795pt;margin-top:53.8583pt;width:59.1874pt;height:32.8819pt;mso-position-horizontal-relative:page;mso-position-vertical-relative:page;z-index:20" filled="t" fillcolor="#526e71" stroked="f" strokecolor="#ffffff" strokeweight="0.567pt"/>
        </w:pict>
      </w:r>
      <w:r>
        <w:pict>
          <v:rect id="text21" style="position:absolute;margin-left:356.7472pt;margin-top:60.2362pt;width:23.2866pt;height:27.6378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22" style="position:absolute;margin-left:515.1969pt;margin-top:64.1764pt;width:12.7843pt;height:22.9606pt;mso-position-horizontal-relative:page;mso-position-vertical-relative:page;z-index:22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23" style="position:absolute;margin-left:337.3795pt;margin-top:115.0866pt;width:187.7669pt;height:0.5669pt;mso-position-horizontal-relative:page;mso-position-vertical-relative:page;z-index:23" filled="t" fillcolor="#b5c3c4" stroked="f" strokecolor="#ffffff" strokeweight="0.567pt"/>
        </w:pict>
      </w:r>
      <w:r>
        <w:pict>
          <v:rect id="text24" style="position:absolute;margin-left:337.3795pt;margin-top:128.3811pt;width:58.8416pt;height:37.8425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5" style="position:absolute;margin-left:338.4000pt;margin-top:164.8063pt;width:22.1102pt;height:14.4567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26" style="position:absolute;margin-left:411.5169pt;margin-top:249.4488pt;width:41.5332pt;height:246.6142pt;mso-position-horizontal-relative:page;mso-position-vertical-relative:page;z-index:26" filled="f" stroked="f">
            <v:textbox inset="0,0,0,0" style="layout-flow:vertical;mso-layout-flow-alt:top-to-bottom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29" style="position:absolute;margin-left:337.3795pt;margin-top:648.5669pt;width:187.7669pt;height:0.5669pt;mso-position-horizontal-relative:page;mso-position-vertical-relative:page;z-index:29" filled="t" fillcolor="#b5c3c4" stroked="f" strokecolor="#ffffff" strokeweight="0.567pt"/>
        </w:pict>
      </w:r>
      <w:r>
        <w:pict>
          <v:rect id="text30" style="position:absolute;margin-left:337.3795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337.3795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337.3795pt;margin-top:754.2992pt;width:40.0479pt;height:25.5118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481.2661pt;margin-top:759.9685pt;width:43.8803pt;height:0.8504pt;mso-position-horizontal-relative:page;mso-position-vertical-relative:page;z-index:33" filled="t" fillcolor="#526e71" stroked="f" strokecolor="#ffffff" strokeweight="0.567pt"/>
        </w:pict>
      </w:r>
      <w:r>
        <w:pict>
          <v:rect id="shape34" style="position:absolute;margin-left:304.7244pt;margin-top:22.6772pt;width:255.1181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端正なインデックス 9cm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