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fffff" stroked="f"/>
        </w:pict>
      </w:r>
      <w:r>
        <w:pict>
          <v:rect id="s2" style="position:absolute;margin-left:79.3701pt;margin-top:24.0945pt;width:215.4331pt;height:34.0157pt;mso-position-horizontal-relative:page;mso-position-vertical-relative:page;z-index:2" filled="t" fillcolor="#2b5f9e" stroked="f"/>
        </w:pict>
      </w:r>
      <w:r>
        <w:pict>
          <v:rect id="t3" style="position:absolute;margin-left:79.3701pt;margin-top:77.9528pt;width:215.4331pt;height:41.3048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79.3701pt;margin-top:119.2576pt;width:215.4331pt;height:20.652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05.2220pt;margin-top:171.4961pt;width:163.7291pt;height:0.8504pt;mso-position-horizontal-relative:page;mso-position-vertical-relative:page;z-index:5" filled="t" fillcolor="#b9c3c7" stroked="f"/>
        </w:pict>
      </w:r>
      <w:r>
        <w:pict>
          <v:rect id="t6" style="position:absolute;margin-left:79.3701pt;margin-top:185.6693pt;width:215.4331pt;height:27.5366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113.5073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05.2220pt;margin-top:698.7402pt;width:163.7291pt;height:0.8504pt;mso-position-horizontal-relative:page;mso-position-vertical-relative:page;z-index:8" filled="t" fillcolor="#b9c3c7" stroked="f"/>
        </w:pict>
      </w:r>
      <w:r>
        <w:pict>
          <v:rect id="t9" style="position:absolute;margin-left:79.3701pt;margin-top:712.9134pt;width:215.4331pt;height:24.094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79.3701pt;margin-top:740.4499pt;width:215.4331pt;height:20.6524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70.0787pt;margin-top:792.2835pt;width:34.0157pt;height:6.8031pt;mso-position-horizontal-relative:page;mso-position-vertical-relative:page;z-index:11" filled="t" fillcolor="#2b5f9e" stroked="f"/>
        </w:pict>
      </w:r>
      <w:r>
        <w:pict>
          <v:rect id="s12" style="position:absolute;margin-left:79.3701pt;margin-top:24.0945pt;width:215.4331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215.4331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215.4331pt;height:34.0157pt;mso-position-horizontal-relative:page;mso-position-vertical-relative:page;z-index:14" filled="t" fillcolor="#2b5f9e" stroked="f"/>
        </w:pict>
      </w:r>
      <w:r>
        <w:pict>
          <v:rect id="t15" style="position:absolute;margin-left:300.4724pt;margin-top:77.9528pt;width:215.4331pt;height:41.3048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19.2576pt;width:215.4331pt;height:20.6524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6.3244pt;margin-top:171.4961pt;width:163.7291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215.4331pt;height:27.5366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34.6097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6.3244pt;margin-top:698.7402pt;width:163.7291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215.4331pt;height:24.0945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40.4499pt;width:215.4331pt;height:20.6524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391.1811pt;margin-top:792.2835pt;width:34.0157pt;height:6.8031pt;mso-position-horizontal-relative:page;mso-position-vertical-relative:page;z-index:23" filled="t" fillcolor="#2b5f9e" stroked="f"/>
        </w:pict>
      </w:r>
      <w:r>
        <w:pict>
          <v:rect id="s24" style="position:absolute;margin-left:300.4724pt;margin-top:24.0945pt;width:215.4331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fffff" stroked="f"/>
        </w:pict>
      </w:r>
      <w:r>
        <w:pict>
          <v:rect id="s2" style="position:absolute;margin-left:79.3701pt;margin-top:24.0945pt;width:215.4331pt;height:34.0157pt;mso-position-horizontal-relative:page;mso-position-vertical-relative:page;z-index:2" filled="t" fillcolor="#b8433a" stroked="f"/>
        </w:pict>
      </w:r>
      <w:r>
        <w:pict>
          <v:rect id="t3" style="position:absolute;margin-left:79.3701pt;margin-top:77.9528pt;width:215.4331pt;height:41.3048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79.3701pt;margin-top:119.2576pt;width:215.4331pt;height:20.652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05.2220pt;margin-top:171.4961pt;width:163.7291pt;height:0.8504pt;mso-position-horizontal-relative:page;mso-position-vertical-relative:page;z-index:5" filled="t" fillcolor="#b9c3c7" stroked="f"/>
        </w:pict>
      </w:r>
      <w:r>
        <w:pict>
          <v:rect id="t6" style="position:absolute;margin-left:79.3701pt;margin-top:185.6693pt;width:215.4331pt;height:27.5366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113.5073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05.2220pt;margin-top:698.7402pt;width:163.7291pt;height:0.8504pt;mso-position-horizontal-relative:page;mso-position-vertical-relative:page;z-index:8" filled="t" fillcolor="#b9c3c7" stroked="f"/>
        </w:pict>
      </w:r>
      <w:r>
        <w:pict>
          <v:rect id="t9" style="position:absolute;margin-left:79.3701pt;margin-top:712.9134pt;width:215.4331pt;height:24.094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79.3701pt;margin-top:740.4499pt;width:215.4331pt;height:20.6524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70.0787pt;margin-top:792.2835pt;width:34.0157pt;height:6.8031pt;mso-position-horizontal-relative:page;mso-position-vertical-relative:page;z-index:11" filled="t" fillcolor="#b8433a" stroked="f"/>
        </w:pict>
      </w:r>
      <w:r>
        <w:pict>
          <v:rect id="s12" style="position:absolute;margin-left:79.3701pt;margin-top:24.0945pt;width:215.4331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215.4331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215.4331pt;height:34.0157pt;mso-position-horizontal-relative:page;mso-position-vertical-relative:page;z-index:14" filled="t" fillcolor="#b8433a" stroked="f"/>
        </w:pict>
      </w:r>
      <w:r>
        <w:pict>
          <v:rect id="t15" style="position:absolute;margin-left:300.4724pt;margin-top:77.9528pt;width:215.4331pt;height:41.3048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19.2576pt;width:215.4331pt;height:20.6524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6.3244pt;margin-top:171.4961pt;width:163.7291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215.4331pt;height:27.5366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34.6097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6.3244pt;margin-top:698.7402pt;width:163.7291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215.4331pt;height:24.0945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40.4499pt;width:215.4331pt;height:20.6524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391.1811pt;margin-top:792.2835pt;width:34.0157pt;height:6.8031pt;mso-position-horizontal-relative:page;mso-position-vertical-relative:page;z-index:23" filled="t" fillcolor="#b8433a" stroked="f"/>
        </w:pict>
      </w:r>
      <w:r>
        <w:pict>
          <v:rect id="s24" style="position:absolute;margin-left:300.4724pt;margin-top:24.0945pt;width:215.4331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fffff" stroked="f"/>
        </w:pict>
      </w:r>
      <w:r>
        <w:pict>
          <v:rect id="s2" style="position:absolute;margin-left:79.3701pt;margin-top:24.0945pt;width:215.4331pt;height:34.0157pt;mso-position-horizontal-relative:page;mso-position-vertical-relative:page;z-index:2" filled="t" fillcolor="#2f7d5b" stroked="f"/>
        </w:pict>
      </w:r>
      <w:r>
        <w:pict>
          <v:rect id="t3" style="position:absolute;margin-left:79.3701pt;margin-top:77.9528pt;width:215.4331pt;height:41.3048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79.3701pt;margin-top:119.2576pt;width:215.4331pt;height:20.652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05.2220pt;margin-top:171.4961pt;width:163.7291pt;height:0.8504pt;mso-position-horizontal-relative:page;mso-position-vertical-relative:page;z-index:5" filled="t" fillcolor="#b9c3c7" stroked="f"/>
        </w:pict>
      </w:r>
      <w:r>
        <w:pict>
          <v:rect id="t6" style="position:absolute;margin-left:79.3701pt;margin-top:185.6693pt;width:215.4331pt;height:27.5366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113.5073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05.2220pt;margin-top:698.7402pt;width:163.7291pt;height:0.8504pt;mso-position-horizontal-relative:page;mso-position-vertical-relative:page;z-index:8" filled="t" fillcolor="#b9c3c7" stroked="f"/>
        </w:pict>
      </w:r>
      <w:r>
        <w:pict>
          <v:rect id="t9" style="position:absolute;margin-left:79.3701pt;margin-top:712.9134pt;width:215.4331pt;height:24.094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79.3701pt;margin-top:740.4499pt;width:215.4331pt;height:20.6524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70.0787pt;margin-top:792.2835pt;width:34.0157pt;height:6.8031pt;mso-position-horizontal-relative:page;mso-position-vertical-relative:page;z-index:11" filled="t" fillcolor="#2f7d5b" stroked="f"/>
        </w:pict>
      </w:r>
      <w:r>
        <w:pict>
          <v:rect id="s12" style="position:absolute;margin-left:79.3701pt;margin-top:24.0945pt;width:215.4331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215.4331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215.4331pt;height:34.0157pt;mso-position-horizontal-relative:page;mso-position-vertical-relative:page;z-index:14" filled="t" fillcolor="#2f7d5b" stroked="f"/>
        </w:pict>
      </w:r>
      <w:r>
        <w:pict>
          <v:rect id="t15" style="position:absolute;margin-left:300.4724pt;margin-top:77.9528pt;width:215.4331pt;height:41.3048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19.2576pt;width:215.4331pt;height:20.6524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6.3244pt;margin-top:171.4961pt;width:163.7291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215.4331pt;height:27.5366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34.6097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6.3244pt;margin-top:698.7402pt;width:163.7291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215.4331pt;height:24.0945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40.4499pt;width:215.4331pt;height:20.6524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391.1811pt;margin-top:792.2835pt;width:34.0157pt;height:6.8031pt;mso-position-horizontal-relative:page;mso-position-vertical-relative:page;z-index:23" filled="t" fillcolor="#2f7d5b" stroked="f"/>
        </w:pict>
      </w:r>
      <w:r>
        <w:pict>
          <v:rect id="s24" style="position:absolute;margin-left:300.4724pt;margin-top:24.0945pt;width:215.4331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fffff" stroked="f"/>
        </w:pict>
      </w:r>
      <w:r>
        <w:pict>
          <v:rect id="s2" style="position:absolute;margin-left:79.3701pt;margin-top:24.0945pt;width:215.4331pt;height:34.0157pt;mso-position-horizontal-relative:page;mso-position-vertical-relative:page;z-index:2" filled="t" fillcolor="#d9a521" stroked="f"/>
        </w:pict>
      </w:r>
      <w:r>
        <w:pict>
          <v:rect id="t3" style="position:absolute;margin-left:79.3701pt;margin-top:77.9528pt;width:215.4331pt;height:41.3048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79.3701pt;margin-top:119.2576pt;width:215.4331pt;height:20.652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05.2220pt;margin-top:171.4961pt;width:163.7291pt;height:0.8504pt;mso-position-horizontal-relative:page;mso-position-vertical-relative:page;z-index:5" filled="t" fillcolor="#b9c3c7" stroked="f"/>
        </w:pict>
      </w:r>
      <w:r>
        <w:pict>
          <v:rect id="t6" style="position:absolute;margin-left:79.3701pt;margin-top:185.6693pt;width:215.4331pt;height:27.5366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113.5073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05.2220pt;margin-top:698.7402pt;width:163.7291pt;height:0.8504pt;mso-position-horizontal-relative:page;mso-position-vertical-relative:page;z-index:8" filled="t" fillcolor="#b9c3c7" stroked="f"/>
        </w:pict>
      </w:r>
      <w:r>
        <w:pict>
          <v:rect id="t9" style="position:absolute;margin-left:79.3701pt;margin-top:712.9134pt;width:215.4331pt;height:24.094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79.3701pt;margin-top:740.4499pt;width:215.4331pt;height:20.6524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70.0787pt;margin-top:792.2835pt;width:34.0157pt;height:6.8031pt;mso-position-horizontal-relative:page;mso-position-vertical-relative:page;z-index:11" filled="t" fillcolor="#d9a521" stroked="f"/>
        </w:pict>
      </w:r>
      <w:r>
        <w:pict>
          <v:rect id="s12" style="position:absolute;margin-left:79.3701pt;margin-top:24.0945pt;width:215.4331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215.4331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215.4331pt;height:34.0157pt;mso-position-horizontal-relative:page;mso-position-vertical-relative:page;z-index:14" filled="t" fillcolor="#d9a521" stroked="f"/>
        </w:pict>
      </w:r>
      <w:r>
        <w:pict>
          <v:rect id="t15" style="position:absolute;margin-left:300.4724pt;margin-top:77.9528pt;width:215.4331pt;height:41.3048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19.2576pt;width:215.4331pt;height:20.6524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6.3244pt;margin-top:171.4961pt;width:163.7291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215.4331pt;height:27.5366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34.6097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6.3244pt;margin-top:698.7402pt;width:163.7291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215.4331pt;height:24.0945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40.4499pt;width:215.4331pt;height:20.6524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391.1811pt;margin-top:792.2835pt;width:34.0157pt;height:6.8031pt;mso-position-horizontal-relative:page;mso-position-vertical-relative:page;z-index:23" filled="t" fillcolor="#d9a521" stroked="f"/>
        </w:pict>
      </w:r>
      <w:r>
        <w:pict>
          <v:rect id="s24" style="position:absolute;margin-left:300.4724pt;margin-top:24.0945pt;width:215.4331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