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0" w:lineRule="exact"/>
      </w:pPr>
      <w:r>
        <w:pict>
          <v:rect id="s1" style="position:absolute;margin-left:51.0236pt;margin-top:24.0945pt;width:243.7795pt;height:793.7008pt;mso-position-horizontal-relative:page;mso-position-vertical-relative:page;z-index:1" filled="t" fillcolor="#ffffff" stroked="f"/>
        </w:pict>
      </w:r>
      <w:r>
        <w:pict>
          <v:rect id="s2" style="position:absolute;margin-left:51.0236pt;margin-top:24.0945pt;width:243.7795pt;height:34.0157pt;mso-position-horizontal-relative:page;mso-position-vertical-relative:page;z-index:2" filled="t" fillcolor="#2b5f9e" stroked="f"/>
        </w:pict>
      </w:r>
      <w:r>
        <w:pict>
          <v:rect id="t3" style="position:absolute;margin-left:51.0236pt;margin-top:77.9528pt;width:243.7795pt;height:43.7345pt;mso-position-horizontal-relative:page;mso-position-vertical-relative:page;z-index:3" filled="f" stroked="f">
            <v:textbox inset="0,0,0,0">
              <w:txbxContent>
                <w:p>
                  <w:pPr>
                    <w:jc w:val="center"/>
                    <w:spacing w:before="0" w:after="0" w:line="566" w:lineRule="atLeast"/>
                  </w:pPr>
                  <w:r>
                    <w:rPr>
                      <w:rFonts w:ascii="Yu Gothic" w:hAnsi="Yu Gothic" w:eastAsia="Yu Gothic"/>
                      <w:color w:val="1f2b33"/>
                      <w:sz w:val="57"/>
                      <w:szCs w:val="57"/>
                    </w:rPr>
                    <w:t xml:space="preserve">2026</w:t>
                  </w:r>
                </w:p>
              </w:txbxContent>
            </v:textbox>
          </v:rect>
        </w:pict>
      </w:r>
      <w:r>
        <w:pict>
          <v:rect id="t4" style="position:absolute;margin-left:51.0236pt;margin-top:121.6873pt;width:243.7795pt;height:21.8673pt;mso-position-horizontal-relative:page;mso-position-vertical-relative:page;z-index:4" filled="f" stroked="f">
            <v:textbox inset="0,0,0,0">
              <w:txbxContent>
                <w:p>
                  <w:pPr>
                    <w:jc w:val="center"/>
                    <w:spacing w:before="0" w:after="0" w:line="257" w:lineRule="atLeast"/>
                  </w:pPr>
                  <w:r>
                    <w:rPr>
                      <w:rFonts w:ascii="Yu Gothic" w:hAnsi="Yu Gothic" w:eastAsia="Yu Gothic"/>
                      <w:color w:val="52616a"/>
                      <w:sz w:val="26"/>
                      <w:szCs w:val="26"/>
                    </w:rPr>
                    <w:t xml:space="preserve">年度</w:t>
                  </w:r>
                </w:p>
              </w:txbxContent>
            </v:textbox>
          </v:rect>
        </w:pict>
      </w:r>
      <w:r>
        <w:pict>
          <v:rect id="s5" style="position:absolute;margin-left:80.2772pt;margin-top:171.4961pt;width:185.2724pt;height:0.8504pt;mso-position-horizontal-relative:page;mso-position-vertical-relative:page;z-index:5" filled="t" fillcolor="#b9c3c7" stroked="f"/>
        </w:pict>
      </w:r>
      <w:r>
        <w:pict>
          <v:rect id="t6" style="position:absolute;margin-left:51.0236pt;margin-top:185.6693pt;width:243.7795pt;height:29.1564pt;mso-position-horizontal-relative:page;mso-position-vertical-relative:page;z-index:6" filled="f" stroked="f">
            <v:textbox inset="0,0,0,0">
              <w:txbxContent>
                <w:p>
                  <w:pPr>
                    <w:jc w:val="center"/>
                    <w:spacing w:before="0" w:after="0" w:line="360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2b5f9e"/>
                      <w:sz w:val="36"/>
                      <w:szCs w:val="36"/>
                    </w:rPr>
                    <w:t xml:space="preserve">A-01</w:t>
                  </w:r>
                </w:p>
              </w:txbxContent>
            </v:textbox>
          </v:rect>
        </w:pict>
      </w:r>
      <w:r>
        <w:pict>
          <v:rect id="t7" style="position:absolute;margin-left:99.3341pt;margin-top:233.8583pt;width:147.1586pt;height:453.5433pt;mso-position-horizontal-relative:page;mso-position-vertical-relative:page;z-index:7;v-text-anchor:middle" filled="f" stroked="f">
            <v:textbox inset="0,0,0,0" style="layout-flow:vertical;mso-layout-flow-alt:top-to-bottom">
              <w:txbxContent>
                <w:p>
                  <w:pPr>
                    <w:jc w:val="left"/>
                    <w:spacing w:before="0" w:after="0" w:line="1422" w:lineRule="atLeast"/>
                  </w:pPr>
                  <w:r>
                    <w:rPr>
                      <w:rFonts w:ascii="Yu Mincho" w:hAnsi="Yu Mincho" w:eastAsia="Yu Mincho"/>
                      <w:b/>
                      <w:bCs/>
                      <w:color w:val="1f2b33"/>
                      <w:sz w:val="142"/>
                      <w:szCs w:val="142"/>
                    </w:rPr>
                    <w:t xml:space="preserve">総務関係書類</w:t>
                  </w:r>
                </w:p>
              </w:txbxContent>
            </v:textbox>
          </v:rect>
        </w:pict>
      </w:r>
      <w:r>
        <w:pict>
          <v:rect id="s8" style="position:absolute;margin-left:80.2772pt;margin-top:698.7402pt;width:185.2724pt;height:0.8504pt;mso-position-horizontal-relative:page;mso-position-vertical-relative:page;z-index:8" filled="t" fillcolor="#b9c3c7" stroked="f"/>
        </w:pict>
      </w:r>
      <w:r>
        <w:pict>
          <v:rect id="t9" style="position:absolute;margin-left:51.0236pt;margin-top:712.9134pt;width:243.7795pt;height:25.5118pt;mso-position-horizontal-relative:page;mso-position-vertical-relative:page;z-index:9" filled="f" stroked="f">
            <v:textbox inset="0,0,0,0">
              <w:txbxContent>
                <w:p>
                  <w:pPr>
                    <w:jc w:val="center"/>
                    <w:spacing w:before="0" w:after="0" w:line="309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1f2b33"/>
                      <w:sz w:val="31"/>
                      <w:szCs w:val="31"/>
                    </w:rPr>
                    <w:t xml:space="preserve">総務部</w:t>
                  </w:r>
                </w:p>
              </w:txbxContent>
            </v:textbox>
          </v:rect>
        </w:pict>
      </w:r>
      <w:r>
        <w:pict>
          <v:rect id="t10" style="position:absolute;margin-left:51.0236pt;margin-top:742.0697pt;width:243.7795pt;height:21.8673pt;mso-position-horizontal-relative:page;mso-position-vertical-relative:page;z-index:10" filled="f" stroked="f">
            <v:textbox inset="0,0,0,0">
              <w:txbxContent>
                <w:p>
                  <w:pPr>
                    <w:jc w:val="center"/>
                    <w:spacing w:before="0" w:after="0" w:line="257" w:lineRule="atLeast"/>
                  </w:pPr>
                  <w:r>
                    <w:rPr>
                      <w:rFonts w:ascii="Yu Gothic" w:hAnsi="Yu Gothic" w:eastAsia="Yu Gothic"/>
                      <w:color w:val="52616a"/>
                      <w:sz w:val="26"/>
                      <w:szCs w:val="26"/>
                    </w:rPr>
                    <w:t xml:space="preserve">保存期間 5年</w:t>
                  </w:r>
                </w:p>
              </w:txbxContent>
            </v:textbox>
          </v:rect>
        </w:pict>
      </w:r>
      <w:r>
        <w:pict>
          <v:rect id="s11" style="position:absolute;margin-left:155.9055pt;margin-top:792.2835pt;width:34.0157pt;height:6.8031pt;mso-position-horizontal-relative:page;mso-position-vertical-relative:page;z-index:11" filled="t" fillcolor="#2b5f9e" stroked="f"/>
        </w:pict>
      </w:r>
      <w:r>
        <w:pict>
          <v:rect id="s12" style="position:absolute;margin-left:51.0236pt;margin-top:24.0945pt;width:243.7795pt;height:793.7008pt;mso-position-horizontal-relative:page;mso-position-vertical-relative:page;z-index:12" filled="f" stroked="t" strokecolor="#b8b8b8" strokeweight="0.28pt"/>
        </w:pict>
      </w:r>
      <w:r>
        <w:pict>
          <v:rect id="s13" style="position:absolute;margin-left:300.4724pt;margin-top:24.0945pt;width:243.7795pt;height:793.7008pt;mso-position-horizontal-relative:page;mso-position-vertical-relative:page;z-index:13" filled="t" fillcolor="#ffffff" stroked="f"/>
        </w:pict>
      </w:r>
      <w:r>
        <w:pict>
          <v:rect id="s14" style="position:absolute;margin-left:300.4724pt;margin-top:24.0945pt;width:243.7795pt;height:34.0157pt;mso-position-horizontal-relative:page;mso-position-vertical-relative:page;z-index:14" filled="t" fillcolor="#2b5f9e" stroked="f"/>
        </w:pict>
      </w:r>
      <w:r>
        <w:pict>
          <v:rect id="t15" style="position:absolute;margin-left:300.4724pt;margin-top:77.9528pt;width:243.7795pt;height:43.7345pt;mso-position-horizontal-relative:page;mso-position-vertical-relative:page;z-index:15" filled="f" stroked="f">
            <v:textbox inset="0,0,0,0">
              <w:txbxContent>
                <w:p>
                  <w:pPr>
                    <w:jc w:val="center"/>
                    <w:spacing w:before="0" w:after="0" w:line="566" w:lineRule="atLeast"/>
                  </w:pPr>
                  <w:r>
                    <w:rPr>
                      <w:rFonts w:ascii="Yu Gothic" w:hAnsi="Yu Gothic" w:eastAsia="Yu Gothic"/>
                      <w:color w:val="1f2b33"/>
                      <w:sz w:val="57"/>
                      <w:szCs w:val="57"/>
                    </w:rPr>
                    <w:t xml:space="preserve">2026</w:t>
                  </w:r>
                </w:p>
              </w:txbxContent>
            </v:textbox>
          </v:rect>
        </w:pict>
      </w:r>
      <w:r>
        <w:pict>
          <v:rect id="t16" style="position:absolute;margin-left:300.4724pt;margin-top:121.6873pt;width:243.7795pt;height:21.8673pt;mso-position-horizontal-relative:page;mso-position-vertical-relative:page;z-index:16" filled="f" stroked="f">
            <v:textbox inset="0,0,0,0">
              <w:txbxContent>
                <w:p>
                  <w:pPr>
                    <w:jc w:val="center"/>
                    <w:spacing w:before="0" w:after="0" w:line="257" w:lineRule="atLeast"/>
                  </w:pPr>
                  <w:r>
                    <w:rPr>
                      <w:rFonts w:ascii="Yu Gothic" w:hAnsi="Yu Gothic" w:eastAsia="Yu Gothic"/>
                      <w:color w:val="52616a"/>
                      <w:sz w:val="26"/>
                      <w:szCs w:val="26"/>
                    </w:rPr>
                    <w:t xml:space="preserve">年度</w:t>
                  </w:r>
                </w:p>
              </w:txbxContent>
            </v:textbox>
          </v:rect>
        </w:pict>
      </w:r>
      <w:r>
        <w:pict>
          <v:rect id="s17" style="position:absolute;margin-left:329.7260pt;margin-top:171.4961pt;width:185.2724pt;height:0.8504pt;mso-position-horizontal-relative:page;mso-position-vertical-relative:page;z-index:17" filled="t" fillcolor="#b9c3c7" stroked="f"/>
        </w:pict>
      </w:r>
      <w:r>
        <w:pict>
          <v:rect id="t18" style="position:absolute;margin-left:300.4724pt;margin-top:185.6693pt;width:243.7795pt;height:29.1564pt;mso-position-horizontal-relative:page;mso-position-vertical-relative:page;z-index:18" filled="f" stroked="f">
            <v:textbox inset="0,0,0,0">
              <w:txbxContent>
                <w:p>
                  <w:pPr>
                    <w:jc w:val="center"/>
                    <w:spacing w:before="0" w:after="0" w:line="360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2b5f9e"/>
                      <w:sz w:val="36"/>
                      <w:szCs w:val="36"/>
                    </w:rPr>
                    <w:t xml:space="preserve">A-01</w:t>
                  </w:r>
                </w:p>
              </w:txbxContent>
            </v:textbox>
          </v:rect>
        </w:pict>
      </w:r>
      <w:r>
        <w:pict>
          <v:rect id="t19" style="position:absolute;margin-left:348.7829pt;margin-top:233.8583pt;width:147.1586pt;height:453.5433pt;mso-position-horizontal-relative:page;mso-position-vertical-relative:page;z-index:19;v-text-anchor:middle" filled="f" stroked="f">
            <v:textbox inset="0,0,0,0" style="layout-flow:vertical;mso-layout-flow-alt:top-to-bottom">
              <w:txbxContent>
                <w:p>
                  <w:pPr>
                    <w:jc w:val="left"/>
                    <w:spacing w:before="0" w:after="0" w:line="1422" w:lineRule="atLeast"/>
                  </w:pPr>
                  <w:r>
                    <w:rPr>
                      <w:rFonts w:ascii="Yu Mincho" w:hAnsi="Yu Mincho" w:eastAsia="Yu Mincho"/>
                      <w:b/>
                      <w:bCs/>
                      <w:color w:val="1f2b33"/>
                      <w:sz w:val="142"/>
                      <w:szCs w:val="142"/>
                    </w:rPr>
                    <w:t xml:space="preserve">総務関係書類</w:t>
                  </w:r>
                </w:p>
              </w:txbxContent>
            </v:textbox>
          </v:rect>
        </w:pict>
      </w:r>
      <w:r>
        <w:pict>
          <v:rect id="s20" style="position:absolute;margin-left:329.7260pt;margin-top:698.7402pt;width:185.2724pt;height:0.8504pt;mso-position-horizontal-relative:page;mso-position-vertical-relative:page;z-index:20" filled="t" fillcolor="#b9c3c7" stroked="f"/>
        </w:pict>
      </w:r>
      <w:r>
        <w:pict>
          <v:rect id="t21" style="position:absolute;margin-left:300.4724pt;margin-top:712.9134pt;width:243.7795pt;height:25.5118pt;mso-position-horizontal-relative:page;mso-position-vertical-relative:page;z-index:21" filled="f" stroked="f">
            <v:textbox inset="0,0,0,0">
              <w:txbxContent>
                <w:p>
                  <w:pPr>
                    <w:jc w:val="center"/>
                    <w:spacing w:before="0" w:after="0" w:line="309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1f2b33"/>
                      <w:sz w:val="31"/>
                      <w:szCs w:val="31"/>
                    </w:rPr>
                    <w:t xml:space="preserve">総務部</w:t>
                  </w:r>
                </w:p>
              </w:txbxContent>
            </v:textbox>
          </v:rect>
        </w:pict>
      </w:r>
      <w:r>
        <w:pict>
          <v:rect id="t22" style="position:absolute;margin-left:300.4724pt;margin-top:742.0697pt;width:243.7795pt;height:21.8673pt;mso-position-horizontal-relative:page;mso-position-vertical-relative:page;z-index:22" filled="f" stroked="f">
            <v:textbox inset="0,0,0,0">
              <w:txbxContent>
                <w:p>
                  <w:pPr>
                    <w:jc w:val="center"/>
                    <w:spacing w:before="0" w:after="0" w:line="257" w:lineRule="atLeast"/>
                  </w:pPr>
                  <w:r>
                    <w:rPr>
                      <w:rFonts w:ascii="Yu Gothic" w:hAnsi="Yu Gothic" w:eastAsia="Yu Gothic"/>
                      <w:color w:val="52616a"/>
                      <w:sz w:val="26"/>
                      <w:szCs w:val="26"/>
                    </w:rPr>
                    <w:t xml:space="preserve">保存期間 5年</w:t>
                  </w:r>
                </w:p>
              </w:txbxContent>
            </v:textbox>
          </v:rect>
        </w:pict>
      </w:r>
      <w:r>
        <w:pict>
          <v:rect id="s23" style="position:absolute;margin-left:405.3543pt;margin-top:792.2835pt;width:34.0157pt;height:6.8031pt;mso-position-horizontal-relative:page;mso-position-vertical-relative:page;z-index:23" filled="t" fillcolor="#2b5f9e" stroked="f"/>
        </w:pict>
      </w:r>
      <w:r>
        <w:pict>
          <v:rect id="s24" style="position:absolute;margin-left:300.4724pt;margin-top:24.0945pt;width:243.7795pt;height:793.7008pt;mso-position-horizontal-relative:page;mso-position-vertical-relative:page;z-index:24" filled="f" stroked="t" strokecolor="#b8b8b8" strokeweight="0.28pt"/>
        </w:pict>
      </w:r>
      <w:r>
        <w:pict>
          <v:rect id="t25" style="position:absolute;margin-left:28.3465pt;margin-top:9.0709pt;width:538.5827pt;height:12.7559pt;mso-position-horizontal-relative:page;mso-position-vertical-relative:page;z-index:25" filled="f" stroked="f">
            <v:textbox inset="0,0,0,0">
              <w:txbxContent>
                <w:p>
                  <w:pPr>
                    <w:jc w:val="center"/>
                    <w:spacing w:before="0" w:after="0" w:line="140" w:lineRule="atLeast"/>
                  </w:pPr>
                  <w:r>
                    <w:rPr>
                      <w:rFonts w:ascii="Yu Gothic" w:hAnsi="Yu Gothic" w:eastAsia="Yu Gothic"/>
                      <w:color w:val="6b767c"/>
                      <w:sz w:val="14"/>
                      <w:szCs w:val="14"/>
                    </w:rPr>
                    <w:t xml:space="preserve">このページ：青（1/4）　1ページ目 青／2ページ目 赤／3ページ目 緑／4ページ目 黄　※使いたい色のページだけ印刷</w:t>
                  </w:r>
                </w:p>
              </w:txbxContent>
            </v:textbox>
          </v:rect>
        </w:pict>
      </w:r>
    </w:p>
    <w:p>
      <w:pPr>
        <w:pageBreakBefore/>
        <w:spacing w:before="0" w:after="0" w:line="20" w:lineRule="exact"/>
      </w:pPr>
      <w:r>
        <w:pict>
          <v:rect id="s1" style="position:absolute;margin-left:51.0236pt;margin-top:24.0945pt;width:243.7795pt;height:793.7008pt;mso-position-horizontal-relative:page;mso-position-vertical-relative:page;z-index:1" filled="t" fillcolor="#ffffff" stroked="f"/>
        </w:pict>
      </w:r>
      <w:r>
        <w:pict>
          <v:rect id="s2" style="position:absolute;margin-left:51.0236pt;margin-top:24.0945pt;width:243.7795pt;height:34.0157pt;mso-position-horizontal-relative:page;mso-position-vertical-relative:page;z-index:2" filled="t" fillcolor="#b8433a" stroked="f"/>
        </w:pict>
      </w:r>
      <w:r>
        <w:pict>
          <v:rect id="t3" style="position:absolute;margin-left:51.0236pt;margin-top:77.9528pt;width:243.7795pt;height:43.7345pt;mso-position-horizontal-relative:page;mso-position-vertical-relative:page;z-index:3" filled="f" stroked="f">
            <v:textbox inset="0,0,0,0">
              <w:txbxContent>
                <w:p>
                  <w:pPr>
                    <w:jc w:val="center"/>
                    <w:spacing w:before="0" w:after="0" w:line="566" w:lineRule="atLeast"/>
                  </w:pPr>
                  <w:r>
                    <w:rPr>
                      <w:rFonts w:ascii="Yu Gothic" w:hAnsi="Yu Gothic" w:eastAsia="Yu Gothic"/>
                      <w:color w:val="1f2b33"/>
                      <w:sz w:val="57"/>
                      <w:szCs w:val="57"/>
                    </w:rPr>
                    <w:t xml:space="preserve">2026</w:t>
                  </w:r>
                </w:p>
              </w:txbxContent>
            </v:textbox>
          </v:rect>
        </w:pict>
      </w:r>
      <w:r>
        <w:pict>
          <v:rect id="t4" style="position:absolute;margin-left:51.0236pt;margin-top:121.6873pt;width:243.7795pt;height:21.8673pt;mso-position-horizontal-relative:page;mso-position-vertical-relative:page;z-index:4" filled="f" stroked="f">
            <v:textbox inset="0,0,0,0">
              <w:txbxContent>
                <w:p>
                  <w:pPr>
                    <w:jc w:val="center"/>
                    <w:spacing w:before="0" w:after="0" w:line="257" w:lineRule="atLeast"/>
                  </w:pPr>
                  <w:r>
                    <w:rPr>
                      <w:rFonts w:ascii="Yu Gothic" w:hAnsi="Yu Gothic" w:eastAsia="Yu Gothic"/>
                      <w:color w:val="52616a"/>
                      <w:sz w:val="26"/>
                      <w:szCs w:val="26"/>
                    </w:rPr>
                    <w:t xml:space="preserve">年度</w:t>
                  </w:r>
                </w:p>
              </w:txbxContent>
            </v:textbox>
          </v:rect>
        </w:pict>
      </w:r>
      <w:r>
        <w:pict>
          <v:rect id="s5" style="position:absolute;margin-left:80.2772pt;margin-top:171.4961pt;width:185.2724pt;height:0.8504pt;mso-position-horizontal-relative:page;mso-position-vertical-relative:page;z-index:5" filled="t" fillcolor="#b9c3c7" stroked="f"/>
        </w:pict>
      </w:r>
      <w:r>
        <w:pict>
          <v:rect id="t6" style="position:absolute;margin-left:51.0236pt;margin-top:185.6693pt;width:243.7795pt;height:29.1564pt;mso-position-horizontal-relative:page;mso-position-vertical-relative:page;z-index:6" filled="f" stroked="f">
            <v:textbox inset="0,0,0,0">
              <w:txbxContent>
                <w:p>
                  <w:pPr>
                    <w:jc w:val="center"/>
                    <w:spacing w:before="0" w:after="0" w:line="360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b8433a"/>
                      <w:sz w:val="36"/>
                      <w:szCs w:val="36"/>
                    </w:rPr>
                    <w:t xml:space="preserve">A-01</w:t>
                  </w:r>
                </w:p>
              </w:txbxContent>
            </v:textbox>
          </v:rect>
        </w:pict>
      </w:r>
      <w:r>
        <w:pict>
          <v:rect id="t7" style="position:absolute;margin-left:99.3341pt;margin-top:233.8583pt;width:147.1586pt;height:453.5433pt;mso-position-horizontal-relative:page;mso-position-vertical-relative:page;z-index:7;v-text-anchor:middle" filled="f" stroked="f">
            <v:textbox inset="0,0,0,0" style="layout-flow:vertical;mso-layout-flow-alt:top-to-bottom">
              <w:txbxContent>
                <w:p>
                  <w:pPr>
                    <w:jc w:val="left"/>
                    <w:spacing w:before="0" w:after="0" w:line="1422" w:lineRule="atLeast"/>
                  </w:pPr>
                  <w:r>
                    <w:rPr>
                      <w:rFonts w:ascii="Yu Mincho" w:hAnsi="Yu Mincho" w:eastAsia="Yu Mincho"/>
                      <w:b/>
                      <w:bCs/>
                      <w:color w:val="1f2b33"/>
                      <w:sz w:val="142"/>
                      <w:szCs w:val="142"/>
                    </w:rPr>
                    <w:t xml:space="preserve">総務関係書類</w:t>
                  </w:r>
                </w:p>
              </w:txbxContent>
            </v:textbox>
          </v:rect>
        </w:pict>
      </w:r>
      <w:r>
        <w:pict>
          <v:rect id="s8" style="position:absolute;margin-left:80.2772pt;margin-top:698.7402pt;width:185.2724pt;height:0.8504pt;mso-position-horizontal-relative:page;mso-position-vertical-relative:page;z-index:8" filled="t" fillcolor="#b9c3c7" stroked="f"/>
        </w:pict>
      </w:r>
      <w:r>
        <w:pict>
          <v:rect id="t9" style="position:absolute;margin-left:51.0236pt;margin-top:712.9134pt;width:243.7795pt;height:25.5118pt;mso-position-horizontal-relative:page;mso-position-vertical-relative:page;z-index:9" filled="f" stroked="f">
            <v:textbox inset="0,0,0,0">
              <w:txbxContent>
                <w:p>
                  <w:pPr>
                    <w:jc w:val="center"/>
                    <w:spacing w:before="0" w:after="0" w:line="309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1f2b33"/>
                      <w:sz w:val="31"/>
                      <w:szCs w:val="31"/>
                    </w:rPr>
                    <w:t xml:space="preserve">総務部</w:t>
                  </w:r>
                </w:p>
              </w:txbxContent>
            </v:textbox>
          </v:rect>
        </w:pict>
      </w:r>
      <w:r>
        <w:pict>
          <v:rect id="t10" style="position:absolute;margin-left:51.0236pt;margin-top:742.0697pt;width:243.7795pt;height:21.8673pt;mso-position-horizontal-relative:page;mso-position-vertical-relative:page;z-index:10" filled="f" stroked="f">
            <v:textbox inset="0,0,0,0">
              <w:txbxContent>
                <w:p>
                  <w:pPr>
                    <w:jc w:val="center"/>
                    <w:spacing w:before="0" w:after="0" w:line="257" w:lineRule="atLeast"/>
                  </w:pPr>
                  <w:r>
                    <w:rPr>
                      <w:rFonts w:ascii="Yu Gothic" w:hAnsi="Yu Gothic" w:eastAsia="Yu Gothic"/>
                      <w:color w:val="52616a"/>
                      <w:sz w:val="26"/>
                      <w:szCs w:val="26"/>
                    </w:rPr>
                    <w:t xml:space="preserve">保存期間 5年</w:t>
                  </w:r>
                </w:p>
              </w:txbxContent>
            </v:textbox>
          </v:rect>
        </w:pict>
      </w:r>
      <w:r>
        <w:pict>
          <v:rect id="s11" style="position:absolute;margin-left:155.9055pt;margin-top:792.2835pt;width:34.0157pt;height:6.8031pt;mso-position-horizontal-relative:page;mso-position-vertical-relative:page;z-index:11" filled="t" fillcolor="#b8433a" stroked="f"/>
        </w:pict>
      </w:r>
      <w:r>
        <w:pict>
          <v:rect id="s12" style="position:absolute;margin-left:51.0236pt;margin-top:24.0945pt;width:243.7795pt;height:793.7008pt;mso-position-horizontal-relative:page;mso-position-vertical-relative:page;z-index:12" filled="f" stroked="t" strokecolor="#b8b8b8" strokeweight="0.28pt"/>
        </w:pict>
      </w:r>
      <w:r>
        <w:pict>
          <v:rect id="s13" style="position:absolute;margin-left:300.4724pt;margin-top:24.0945pt;width:243.7795pt;height:793.7008pt;mso-position-horizontal-relative:page;mso-position-vertical-relative:page;z-index:13" filled="t" fillcolor="#ffffff" stroked="f"/>
        </w:pict>
      </w:r>
      <w:r>
        <w:pict>
          <v:rect id="s14" style="position:absolute;margin-left:300.4724pt;margin-top:24.0945pt;width:243.7795pt;height:34.0157pt;mso-position-horizontal-relative:page;mso-position-vertical-relative:page;z-index:14" filled="t" fillcolor="#b8433a" stroked="f"/>
        </w:pict>
      </w:r>
      <w:r>
        <w:pict>
          <v:rect id="t15" style="position:absolute;margin-left:300.4724pt;margin-top:77.9528pt;width:243.7795pt;height:43.7345pt;mso-position-horizontal-relative:page;mso-position-vertical-relative:page;z-index:15" filled="f" stroked="f">
            <v:textbox inset="0,0,0,0">
              <w:txbxContent>
                <w:p>
                  <w:pPr>
                    <w:jc w:val="center"/>
                    <w:spacing w:before="0" w:after="0" w:line="566" w:lineRule="atLeast"/>
                  </w:pPr>
                  <w:r>
                    <w:rPr>
                      <w:rFonts w:ascii="Yu Gothic" w:hAnsi="Yu Gothic" w:eastAsia="Yu Gothic"/>
                      <w:color w:val="1f2b33"/>
                      <w:sz w:val="57"/>
                      <w:szCs w:val="57"/>
                    </w:rPr>
                    <w:t xml:space="preserve">2026</w:t>
                  </w:r>
                </w:p>
              </w:txbxContent>
            </v:textbox>
          </v:rect>
        </w:pict>
      </w:r>
      <w:r>
        <w:pict>
          <v:rect id="t16" style="position:absolute;margin-left:300.4724pt;margin-top:121.6873pt;width:243.7795pt;height:21.8673pt;mso-position-horizontal-relative:page;mso-position-vertical-relative:page;z-index:16" filled="f" stroked="f">
            <v:textbox inset="0,0,0,0">
              <w:txbxContent>
                <w:p>
                  <w:pPr>
                    <w:jc w:val="center"/>
                    <w:spacing w:before="0" w:after="0" w:line="257" w:lineRule="atLeast"/>
                  </w:pPr>
                  <w:r>
                    <w:rPr>
                      <w:rFonts w:ascii="Yu Gothic" w:hAnsi="Yu Gothic" w:eastAsia="Yu Gothic"/>
                      <w:color w:val="52616a"/>
                      <w:sz w:val="26"/>
                      <w:szCs w:val="26"/>
                    </w:rPr>
                    <w:t xml:space="preserve">年度</w:t>
                  </w:r>
                </w:p>
              </w:txbxContent>
            </v:textbox>
          </v:rect>
        </w:pict>
      </w:r>
      <w:r>
        <w:pict>
          <v:rect id="s17" style="position:absolute;margin-left:329.7260pt;margin-top:171.4961pt;width:185.2724pt;height:0.8504pt;mso-position-horizontal-relative:page;mso-position-vertical-relative:page;z-index:17" filled="t" fillcolor="#b9c3c7" stroked="f"/>
        </w:pict>
      </w:r>
      <w:r>
        <w:pict>
          <v:rect id="t18" style="position:absolute;margin-left:300.4724pt;margin-top:185.6693pt;width:243.7795pt;height:29.1564pt;mso-position-horizontal-relative:page;mso-position-vertical-relative:page;z-index:18" filled="f" stroked="f">
            <v:textbox inset="0,0,0,0">
              <w:txbxContent>
                <w:p>
                  <w:pPr>
                    <w:jc w:val="center"/>
                    <w:spacing w:before="0" w:after="0" w:line="360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b8433a"/>
                      <w:sz w:val="36"/>
                      <w:szCs w:val="36"/>
                    </w:rPr>
                    <w:t xml:space="preserve">A-01</w:t>
                  </w:r>
                </w:p>
              </w:txbxContent>
            </v:textbox>
          </v:rect>
        </w:pict>
      </w:r>
      <w:r>
        <w:pict>
          <v:rect id="t19" style="position:absolute;margin-left:348.7829pt;margin-top:233.8583pt;width:147.1586pt;height:453.5433pt;mso-position-horizontal-relative:page;mso-position-vertical-relative:page;z-index:19;v-text-anchor:middle" filled="f" stroked="f">
            <v:textbox inset="0,0,0,0" style="layout-flow:vertical;mso-layout-flow-alt:top-to-bottom">
              <w:txbxContent>
                <w:p>
                  <w:pPr>
                    <w:jc w:val="left"/>
                    <w:spacing w:before="0" w:after="0" w:line="1422" w:lineRule="atLeast"/>
                  </w:pPr>
                  <w:r>
                    <w:rPr>
                      <w:rFonts w:ascii="Yu Mincho" w:hAnsi="Yu Mincho" w:eastAsia="Yu Mincho"/>
                      <w:b/>
                      <w:bCs/>
                      <w:color w:val="1f2b33"/>
                      <w:sz w:val="142"/>
                      <w:szCs w:val="142"/>
                    </w:rPr>
                    <w:t xml:space="preserve">総務関係書類</w:t>
                  </w:r>
                </w:p>
              </w:txbxContent>
            </v:textbox>
          </v:rect>
        </w:pict>
      </w:r>
      <w:r>
        <w:pict>
          <v:rect id="s20" style="position:absolute;margin-left:329.7260pt;margin-top:698.7402pt;width:185.2724pt;height:0.8504pt;mso-position-horizontal-relative:page;mso-position-vertical-relative:page;z-index:20" filled="t" fillcolor="#b9c3c7" stroked="f"/>
        </w:pict>
      </w:r>
      <w:r>
        <w:pict>
          <v:rect id="t21" style="position:absolute;margin-left:300.4724pt;margin-top:712.9134pt;width:243.7795pt;height:25.5118pt;mso-position-horizontal-relative:page;mso-position-vertical-relative:page;z-index:21" filled="f" stroked="f">
            <v:textbox inset="0,0,0,0">
              <w:txbxContent>
                <w:p>
                  <w:pPr>
                    <w:jc w:val="center"/>
                    <w:spacing w:before="0" w:after="0" w:line="309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1f2b33"/>
                      <w:sz w:val="31"/>
                      <w:szCs w:val="31"/>
                    </w:rPr>
                    <w:t xml:space="preserve">総務部</w:t>
                  </w:r>
                </w:p>
              </w:txbxContent>
            </v:textbox>
          </v:rect>
        </w:pict>
      </w:r>
      <w:r>
        <w:pict>
          <v:rect id="t22" style="position:absolute;margin-left:300.4724pt;margin-top:742.0697pt;width:243.7795pt;height:21.8673pt;mso-position-horizontal-relative:page;mso-position-vertical-relative:page;z-index:22" filled="f" stroked="f">
            <v:textbox inset="0,0,0,0">
              <w:txbxContent>
                <w:p>
                  <w:pPr>
                    <w:jc w:val="center"/>
                    <w:spacing w:before="0" w:after="0" w:line="257" w:lineRule="atLeast"/>
                  </w:pPr>
                  <w:r>
                    <w:rPr>
                      <w:rFonts w:ascii="Yu Gothic" w:hAnsi="Yu Gothic" w:eastAsia="Yu Gothic"/>
                      <w:color w:val="52616a"/>
                      <w:sz w:val="26"/>
                      <w:szCs w:val="26"/>
                    </w:rPr>
                    <w:t xml:space="preserve">保存期間 5年</w:t>
                  </w:r>
                </w:p>
              </w:txbxContent>
            </v:textbox>
          </v:rect>
        </w:pict>
      </w:r>
      <w:r>
        <w:pict>
          <v:rect id="s23" style="position:absolute;margin-left:405.3543pt;margin-top:792.2835pt;width:34.0157pt;height:6.8031pt;mso-position-horizontal-relative:page;mso-position-vertical-relative:page;z-index:23" filled="t" fillcolor="#b8433a" stroked="f"/>
        </w:pict>
      </w:r>
      <w:r>
        <w:pict>
          <v:rect id="s24" style="position:absolute;margin-left:300.4724pt;margin-top:24.0945pt;width:243.7795pt;height:793.7008pt;mso-position-horizontal-relative:page;mso-position-vertical-relative:page;z-index:24" filled="f" stroked="t" strokecolor="#b8b8b8" strokeweight="0.28pt"/>
        </w:pict>
      </w:r>
      <w:r>
        <w:pict>
          <v:rect id="t25" style="position:absolute;margin-left:28.3465pt;margin-top:9.0709pt;width:538.5827pt;height:12.7559pt;mso-position-horizontal-relative:page;mso-position-vertical-relative:page;z-index:25" filled="f" stroked="f">
            <v:textbox inset="0,0,0,0">
              <w:txbxContent>
                <w:p>
                  <w:pPr>
                    <w:jc w:val="center"/>
                    <w:spacing w:before="0" w:after="0" w:line="140" w:lineRule="atLeast"/>
                  </w:pPr>
                  <w:r>
                    <w:rPr>
                      <w:rFonts w:ascii="Yu Gothic" w:hAnsi="Yu Gothic" w:eastAsia="Yu Gothic"/>
                      <w:color w:val="6b767c"/>
                      <w:sz w:val="14"/>
                      <w:szCs w:val="14"/>
                    </w:rPr>
                    <w:t xml:space="preserve">このページ：赤（2/4）　1ページ目 青／2ページ目 赤／3ページ目 緑／4ページ目 黄　※使いたい色のページだけ印刷</w:t>
                  </w:r>
                </w:p>
              </w:txbxContent>
            </v:textbox>
          </v:rect>
        </w:pict>
      </w:r>
    </w:p>
    <w:p>
      <w:pPr>
        <w:pageBreakBefore/>
        <w:spacing w:before="0" w:after="0" w:line="20" w:lineRule="exact"/>
      </w:pPr>
      <w:r>
        <w:pict>
          <v:rect id="s1" style="position:absolute;margin-left:51.0236pt;margin-top:24.0945pt;width:243.7795pt;height:793.7008pt;mso-position-horizontal-relative:page;mso-position-vertical-relative:page;z-index:1" filled="t" fillcolor="#ffffff" stroked="f"/>
        </w:pict>
      </w:r>
      <w:r>
        <w:pict>
          <v:rect id="s2" style="position:absolute;margin-left:51.0236pt;margin-top:24.0945pt;width:243.7795pt;height:34.0157pt;mso-position-horizontal-relative:page;mso-position-vertical-relative:page;z-index:2" filled="t" fillcolor="#2f7d5b" stroked="f"/>
        </w:pict>
      </w:r>
      <w:r>
        <w:pict>
          <v:rect id="t3" style="position:absolute;margin-left:51.0236pt;margin-top:77.9528pt;width:243.7795pt;height:43.7345pt;mso-position-horizontal-relative:page;mso-position-vertical-relative:page;z-index:3" filled="f" stroked="f">
            <v:textbox inset="0,0,0,0">
              <w:txbxContent>
                <w:p>
                  <w:pPr>
                    <w:jc w:val="center"/>
                    <w:spacing w:before="0" w:after="0" w:line="566" w:lineRule="atLeast"/>
                  </w:pPr>
                  <w:r>
                    <w:rPr>
                      <w:rFonts w:ascii="Yu Gothic" w:hAnsi="Yu Gothic" w:eastAsia="Yu Gothic"/>
                      <w:color w:val="1f2b33"/>
                      <w:sz w:val="57"/>
                      <w:szCs w:val="57"/>
                    </w:rPr>
                    <w:t xml:space="preserve">2026</w:t>
                  </w:r>
                </w:p>
              </w:txbxContent>
            </v:textbox>
          </v:rect>
        </w:pict>
      </w:r>
      <w:r>
        <w:pict>
          <v:rect id="t4" style="position:absolute;margin-left:51.0236pt;margin-top:121.6873pt;width:243.7795pt;height:21.8673pt;mso-position-horizontal-relative:page;mso-position-vertical-relative:page;z-index:4" filled="f" stroked="f">
            <v:textbox inset="0,0,0,0">
              <w:txbxContent>
                <w:p>
                  <w:pPr>
                    <w:jc w:val="center"/>
                    <w:spacing w:before="0" w:after="0" w:line="257" w:lineRule="atLeast"/>
                  </w:pPr>
                  <w:r>
                    <w:rPr>
                      <w:rFonts w:ascii="Yu Gothic" w:hAnsi="Yu Gothic" w:eastAsia="Yu Gothic"/>
                      <w:color w:val="52616a"/>
                      <w:sz w:val="26"/>
                      <w:szCs w:val="26"/>
                    </w:rPr>
                    <w:t xml:space="preserve">年度</w:t>
                  </w:r>
                </w:p>
              </w:txbxContent>
            </v:textbox>
          </v:rect>
        </w:pict>
      </w:r>
      <w:r>
        <w:pict>
          <v:rect id="s5" style="position:absolute;margin-left:80.2772pt;margin-top:171.4961pt;width:185.2724pt;height:0.8504pt;mso-position-horizontal-relative:page;mso-position-vertical-relative:page;z-index:5" filled="t" fillcolor="#b9c3c7" stroked="f"/>
        </w:pict>
      </w:r>
      <w:r>
        <w:pict>
          <v:rect id="t6" style="position:absolute;margin-left:51.0236pt;margin-top:185.6693pt;width:243.7795pt;height:29.1564pt;mso-position-horizontal-relative:page;mso-position-vertical-relative:page;z-index:6" filled="f" stroked="f">
            <v:textbox inset="0,0,0,0">
              <w:txbxContent>
                <w:p>
                  <w:pPr>
                    <w:jc w:val="center"/>
                    <w:spacing w:before="0" w:after="0" w:line="360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2f7d5b"/>
                      <w:sz w:val="36"/>
                      <w:szCs w:val="36"/>
                    </w:rPr>
                    <w:t xml:space="preserve">A-01</w:t>
                  </w:r>
                </w:p>
              </w:txbxContent>
            </v:textbox>
          </v:rect>
        </w:pict>
      </w:r>
      <w:r>
        <w:pict>
          <v:rect id="t7" style="position:absolute;margin-left:99.3341pt;margin-top:233.8583pt;width:147.1586pt;height:453.5433pt;mso-position-horizontal-relative:page;mso-position-vertical-relative:page;z-index:7;v-text-anchor:middle" filled="f" stroked="f">
            <v:textbox inset="0,0,0,0" style="layout-flow:vertical;mso-layout-flow-alt:top-to-bottom">
              <w:txbxContent>
                <w:p>
                  <w:pPr>
                    <w:jc w:val="left"/>
                    <w:spacing w:before="0" w:after="0" w:line="1422" w:lineRule="atLeast"/>
                  </w:pPr>
                  <w:r>
                    <w:rPr>
                      <w:rFonts w:ascii="Yu Mincho" w:hAnsi="Yu Mincho" w:eastAsia="Yu Mincho"/>
                      <w:b/>
                      <w:bCs/>
                      <w:color w:val="1f2b33"/>
                      <w:sz w:val="142"/>
                      <w:szCs w:val="142"/>
                    </w:rPr>
                    <w:t xml:space="preserve">総務関係書類</w:t>
                  </w:r>
                </w:p>
              </w:txbxContent>
            </v:textbox>
          </v:rect>
        </w:pict>
      </w:r>
      <w:r>
        <w:pict>
          <v:rect id="s8" style="position:absolute;margin-left:80.2772pt;margin-top:698.7402pt;width:185.2724pt;height:0.8504pt;mso-position-horizontal-relative:page;mso-position-vertical-relative:page;z-index:8" filled="t" fillcolor="#b9c3c7" stroked="f"/>
        </w:pict>
      </w:r>
      <w:r>
        <w:pict>
          <v:rect id="t9" style="position:absolute;margin-left:51.0236pt;margin-top:712.9134pt;width:243.7795pt;height:25.5118pt;mso-position-horizontal-relative:page;mso-position-vertical-relative:page;z-index:9" filled="f" stroked="f">
            <v:textbox inset="0,0,0,0">
              <w:txbxContent>
                <w:p>
                  <w:pPr>
                    <w:jc w:val="center"/>
                    <w:spacing w:before="0" w:after="0" w:line="309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1f2b33"/>
                      <w:sz w:val="31"/>
                      <w:szCs w:val="31"/>
                    </w:rPr>
                    <w:t xml:space="preserve">総務部</w:t>
                  </w:r>
                </w:p>
              </w:txbxContent>
            </v:textbox>
          </v:rect>
        </w:pict>
      </w:r>
      <w:r>
        <w:pict>
          <v:rect id="t10" style="position:absolute;margin-left:51.0236pt;margin-top:742.0697pt;width:243.7795pt;height:21.8673pt;mso-position-horizontal-relative:page;mso-position-vertical-relative:page;z-index:10" filled="f" stroked="f">
            <v:textbox inset="0,0,0,0">
              <w:txbxContent>
                <w:p>
                  <w:pPr>
                    <w:jc w:val="center"/>
                    <w:spacing w:before="0" w:after="0" w:line="257" w:lineRule="atLeast"/>
                  </w:pPr>
                  <w:r>
                    <w:rPr>
                      <w:rFonts w:ascii="Yu Gothic" w:hAnsi="Yu Gothic" w:eastAsia="Yu Gothic"/>
                      <w:color w:val="52616a"/>
                      <w:sz w:val="26"/>
                      <w:szCs w:val="26"/>
                    </w:rPr>
                    <w:t xml:space="preserve">保存期間 5年</w:t>
                  </w:r>
                </w:p>
              </w:txbxContent>
            </v:textbox>
          </v:rect>
        </w:pict>
      </w:r>
      <w:r>
        <w:pict>
          <v:rect id="s11" style="position:absolute;margin-left:155.9055pt;margin-top:792.2835pt;width:34.0157pt;height:6.8031pt;mso-position-horizontal-relative:page;mso-position-vertical-relative:page;z-index:11" filled="t" fillcolor="#2f7d5b" stroked="f"/>
        </w:pict>
      </w:r>
      <w:r>
        <w:pict>
          <v:rect id="s12" style="position:absolute;margin-left:51.0236pt;margin-top:24.0945pt;width:243.7795pt;height:793.7008pt;mso-position-horizontal-relative:page;mso-position-vertical-relative:page;z-index:12" filled="f" stroked="t" strokecolor="#b8b8b8" strokeweight="0.28pt"/>
        </w:pict>
      </w:r>
      <w:r>
        <w:pict>
          <v:rect id="s13" style="position:absolute;margin-left:300.4724pt;margin-top:24.0945pt;width:243.7795pt;height:793.7008pt;mso-position-horizontal-relative:page;mso-position-vertical-relative:page;z-index:13" filled="t" fillcolor="#ffffff" stroked="f"/>
        </w:pict>
      </w:r>
      <w:r>
        <w:pict>
          <v:rect id="s14" style="position:absolute;margin-left:300.4724pt;margin-top:24.0945pt;width:243.7795pt;height:34.0157pt;mso-position-horizontal-relative:page;mso-position-vertical-relative:page;z-index:14" filled="t" fillcolor="#2f7d5b" stroked="f"/>
        </w:pict>
      </w:r>
      <w:r>
        <w:pict>
          <v:rect id="t15" style="position:absolute;margin-left:300.4724pt;margin-top:77.9528pt;width:243.7795pt;height:43.7345pt;mso-position-horizontal-relative:page;mso-position-vertical-relative:page;z-index:15" filled="f" stroked="f">
            <v:textbox inset="0,0,0,0">
              <w:txbxContent>
                <w:p>
                  <w:pPr>
                    <w:jc w:val="center"/>
                    <w:spacing w:before="0" w:after="0" w:line="566" w:lineRule="atLeast"/>
                  </w:pPr>
                  <w:r>
                    <w:rPr>
                      <w:rFonts w:ascii="Yu Gothic" w:hAnsi="Yu Gothic" w:eastAsia="Yu Gothic"/>
                      <w:color w:val="1f2b33"/>
                      <w:sz w:val="57"/>
                      <w:szCs w:val="57"/>
                    </w:rPr>
                    <w:t xml:space="preserve">2026</w:t>
                  </w:r>
                </w:p>
              </w:txbxContent>
            </v:textbox>
          </v:rect>
        </w:pict>
      </w:r>
      <w:r>
        <w:pict>
          <v:rect id="t16" style="position:absolute;margin-left:300.4724pt;margin-top:121.6873pt;width:243.7795pt;height:21.8673pt;mso-position-horizontal-relative:page;mso-position-vertical-relative:page;z-index:16" filled="f" stroked="f">
            <v:textbox inset="0,0,0,0">
              <w:txbxContent>
                <w:p>
                  <w:pPr>
                    <w:jc w:val="center"/>
                    <w:spacing w:before="0" w:after="0" w:line="257" w:lineRule="atLeast"/>
                  </w:pPr>
                  <w:r>
                    <w:rPr>
                      <w:rFonts w:ascii="Yu Gothic" w:hAnsi="Yu Gothic" w:eastAsia="Yu Gothic"/>
                      <w:color w:val="52616a"/>
                      <w:sz w:val="26"/>
                      <w:szCs w:val="26"/>
                    </w:rPr>
                    <w:t xml:space="preserve">年度</w:t>
                  </w:r>
                </w:p>
              </w:txbxContent>
            </v:textbox>
          </v:rect>
        </w:pict>
      </w:r>
      <w:r>
        <w:pict>
          <v:rect id="s17" style="position:absolute;margin-left:329.7260pt;margin-top:171.4961pt;width:185.2724pt;height:0.8504pt;mso-position-horizontal-relative:page;mso-position-vertical-relative:page;z-index:17" filled="t" fillcolor="#b9c3c7" stroked="f"/>
        </w:pict>
      </w:r>
      <w:r>
        <w:pict>
          <v:rect id="t18" style="position:absolute;margin-left:300.4724pt;margin-top:185.6693pt;width:243.7795pt;height:29.1564pt;mso-position-horizontal-relative:page;mso-position-vertical-relative:page;z-index:18" filled="f" stroked="f">
            <v:textbox inset="0,0,0,0">
              <w:txbxContent>
                <w:p>
                  <w:pPr>
                    <w:jc w:val="center"/>
                    <w:spacing w:before="0" w:after="0" w:line="360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2f7d5b"/>
                      <w:sz w:val="36"/>
                      <w:szCs w:val="36"/>
                    </w:rPr>
                    <w:t xml:space="preserve">A-01</w:t>
                  </w:r>
                </w:p>
              </w:txbxContent>
            </v:textbox>
          </v:rect>
        </w:pict>
      </w:r>
      <w:r>
        <w:pict>
          <v:rect id="t19" style="position:absolute;margin-left:348.7829pt;margin-top:233.8583pt;width:147.1586pt;height:453.5433pt;mso-position-horizontal-relative:page;mso-position-vertical-relative:page;z-index:19;v-text-anchor:middle" filled="f" stroked="f">
            <v:textbox inset="0,0,0,0" style="layout-flow:vertical;mso-layout-flow-alt:top-to-bottom">
              <w:txbxContent>
                <w:p>
                  <w:pPr>
                    <w:jc w:val="left"/>
                    <w:spacing w:before="0" w:after="0" w:line="1422" w:lineRule="atLeast"/>
                  </w:pPr>
                  <w:r>
                    <w:rPr>
                      <w:rFonts w:ascii="Yu Mincho" w:hAnsi="Yu Mincho" w:eastAsia="Yu Mincho"/>
                      <w:b/>
                      <w:bCs/>
                      <w:color w:val="1f2b33"/>
                      <w:sz w:val="142"/>
                      <w:szCs w:val="142"/>
                    </w:rPr>
                    <w:t xml:space="preserve">総務関係書類</w:t>
                  </w:r>
                </w:p>
              </w:txbxContent>
            </v:textbox>
          </v:rect>
        </w:pict>
      </w:r>
      <w:r>
        <w:pict>
          <v:rect id="s20" style="position:absolute;margin-left:329.7260pt;margin-top:698.7402pt;width:185.2724pt;height:0.8504pt;mso-position-horizontal-relative:page;mso-position-vertical-relative:page;z-index:20" filled="t" fillcolor="#b9c3c7" stroked="f"/>
        </w:pict>
      </w:r>
      <w:r>
        <w:pict>
          <v:rect id="t21" style="position:absolute;margin-left:300.4724pt;margin-top:712.9134pt;width:243.7795pt;height:25.5118pt;mso-position-horizontal-relative:page;mso-position-vertical-relative:page;z-index:21" filled="f" stroked="f">
            <v:textbox inset="0,0,0,0">
              <w:txbxContent>
                <w:p>
                  <w:pPr>
                    <w:jc w:val="center"/>
                    <w:spacing w:before="0" w:after="0" w:line="309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1f2b33"/>
                      <w:sz w:val="31"/>
                      <w:szCs w:val="31"/>
                    </w:rPr>
                    <w:t xml:space="preserve">総務部</w:t>
                  </w:r>
                </w:p>
              </w:txbxContent>
            </v:textbox>
          </v:rect>
        </w:pict>
      </w:r>
      <w:r>
        <w:pict>
          <v:rect id="t22" style="position:absolute;margin-left:300.4724pt;margin-top:742.0697pt;width:243.7795pt;height:21.8673pt;mso-position-horizontal-relative:page;mso-position-vertical-relative:page;z-index:22" filled="f" stroked="f">
            <v:textbox inset="0,0,0,0">
              <w:txbxContent>
                <w:p>
                  <w:pPr>
                    <w:jc w:val="center"/>
                    <w:spacing w:before="0" w:after="0" w:line="257" w:lineRule="atLeast"/>
                  </w:pPr>
                  <w:r>
                    <w:rPr>
                      <w:rFonts w:ascii="Yu Gothic" w:hAnsi="Yu Gothic" w:eastAsia="Yu Gothic"/>
                      <w:color w:val="52616a"/>
                      <w:sz w:val="26"/>
                      <w:szCs w:val="26"/>
                    </w:rPr>
                    <w:t xml:space="preserve">保存期間 5年</w:t>
                  </w:r>
                </w:p>
              </w:txbxContent>
            </v:textbox>
          </v:rect>
        </w:pict>
      </w:r>
      <w:r>
        <w:pict>
          <v:rect id="s23" style="position:absolute;margin-left:405.3543pt;margin-top:792.2835pt;width:34.0157pt;height:6.8031pt;mso-position-horizontal-relative:page;mso-position-vertical-relative:page;z-index:23" filled="t" fillcolor="#2f7d5b" stroked="f"/>
        </w:pict>
      </w:r>
      <w:r>
        <w:pict>
          <v:rect id="s24" style="position:absolute;margin-left:300.4724pt;margin-top:24.0945pt;width:243.7795pt;height:793.7008pt;mso-position-horizontal-relative:page;mso-position-vertical-relative:page;z-index:24" filled="f" stroked="t" strokecolor="#b8b8b8" strokeweight="0.28pt"/>
        </w:pict>
      </w:r>
      <w:r>
        <w:pict>
          <v:rect id="t25" style="position:absolute;margin-left:28.3465pt;margin-top:9.0709pt;width:538.5827pt;height:12.7559pt;mso-position-horizontal-relative:page;mso-position-vertical-relative:page;z-index:25" filled="f" stroked="f">
            <v:textbox inset="0,0,0,0">
              <w:txbxContent>
                <w:p>
                  <w:pPr>
                    <w:jc w:val="center"/>
                    <w:spacing w:before="0" w:after="0" w:line="140" w:lineRule="atLeast"/>
                  </w:pPr>
                  <w:r>
                    <w:rPr>
                      <w:rFonts w:ascii="Yu Gothic" w:hAnsi="Yu Gothic" w:eastAsia="Yu Gothic"/>
                      <w:color w:val="6b767c"/>
                      <w:sz w:val="14"/>
                      <w:szCs w:val="14"/>
                    </w:rPr>
                    <w:t xml:space="preserve">このページ：緑（3/4）　1ページ目 青／2ページ目 赤／3ページ目 緑／4ページ目 黄　※使いたい色のページだけ印刷</w:t>
                  </w:r>
                </w:p>
              </w:txbxContent>
            </v:textbox>
          </v:rect>
        </w:pict>
      </w:r>
    </w:p>
    <w:p>
      <w:pPr>
        <w:pageBreakBefore/>
        <w:spacing w:before="0" w:after="0" w:line="20" w:lineRule="exact"/>
      </w:pPr>
      <w:r>
        <w:pict>
          <v:rect id="s1" style="position:absolute;margin-left:51.0236pt;margin-top:24.0945pt;width:243.7795pt;height:793.7008pt;mso-position-horizontal-relative:page;mso-position-vertical-relative:page;z-index:1" filled="t" fillcolor="#ffffff" stroked="f"/>
        </w:pict>
      </w:r>
      <w:r>
        <w:pict>
          <v:rect id="s2" style="position:absolute;margin-left:51.0236pt;margin-top:24.0945pt;width:243.7795pt;height:34.0157pt;mso-position-horizontal-relative:page;mso-position-vertical-relative:page;z-index:2" filled="t" fillcolor="#d9a521" stroked="f"/>
        </w:pict>
      </w:r>
      <w:r>
        <w:pict>
          <v:rect id="t3" style="position:absolute;margin-left:51.0236pt;margin-top:77.9528pt;width:243.7795pt;height:43.7345pt;mso-position-horizontal-relative:page;mso-position-vertical-relative:page;z-index:3" filled="f" stroked="f">
            <v:textbox inset="0,0,0,0">
              <w:txbxContent>
                <w:p>
                  <w:pPr>
                    <w:jc w:val="center"/>
                    <w:spacing w:before="0" w:after="0" w:line="566" w:lineRule="atLeast"/>
                  </w:pPr>
                  <w:r>
                    <w:rPr>
                      <w:rFonts w:ascii="Yu Gothic" w:hAnsi="Yu Gothic" w:eastAsia="Yu Gothic"/>
                      <w:color w:val="1f2b33"/>
                      <w:sz w:val="57"/>
                      <w:szCs w:val="57"/>
                    </w:rPr>
                    <w:t xml:space="preserve">2026</w:t>
                  </w:r>
                </w:p>
              </w:txbxContent>
            </v:textbox>
          </v:rect>
        </w:pict>
      </w:r>
      <w:r>
        <w:pict>
          <v:rect id="t4" style="position:absolute;margin-left:51.0236pt;margin-top:121.6873pt;width:243.7795pt;height:21.8673pt;mso-position-horizontal-relative:page;mso-position-vertical-relative:page;z-index:4" filled="f" stroked="f">
            <v:textbox inset="0,0,0,0">
              <w:txbxContent>
                <w:p>
                  <w:pPr>
                    <w:jc w:val="center"/>
                    <w:spacing w:before="0" w:after="0" w:line="257" w:lineRule="atLeast"/>
                  </w:pPr>
                  <w:r>
                    <w:rPr>
                      <w:rFonts w:ascii="Yu Gothic" w:hAnsi="Yu Gothic" w:eastAsia="Yu Gothic"/>
                      <w:color w:val="52616a"/>
                      <w:sz w:val="26"/>
                      <w:szCs w:val="26"/>
                    </w:rPr>
                    <w:t xml:space="preserve">年度</w:t>
                  </w:r>
                </w:p>
              </w:txbxContent>
            </v:textbox>
          </v:rect>
        </w:pict>
      </w:r>
      <w:r>
        <w:pict>
          <v:rect id="s5" style="position:absolute;margin-left:80.2772pt;margin-top:171.4961pt;width:185.2724pt;height:0.8504pt;mso-position-horizontal-relative:page;mso-position-vertical-relative:page;z-index:5" filled="t" fillcolor="#b9c3c7" stroked="f"/>
        </w:pict>
      </w:r>
      <w:r>
        <w:pict>
          <v:rect id="t6" style="position:absolute;margin-left:51.0236pt;margin-top:185.6693pt;width:243.7795pt;height:29.1564pt;mso-position-horizontal-relative:page;mso-position-vertical-relative:page;z-index:6" filled="f" stroked="f">
            <v:textbox inset="0,0,0,0">
              <w:txbxContent>
                <w:p>
                  <w:pPr>
                    <w:jc w:val="center"/>
                    <w:spacing w:before="0" w:after="0" w:line="360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1f2b33"/>
                      <w:sz w:val="36"/>
                      <w:szCs w:val="36"/>
                    </w:rPr>
                    <w:t xml:space="preserve">A-01</w:t>
                  </w:r>
                </w:p>
              </w:txbxContent>
            </v:textbox>
          </v:rect>
        </w:pict>
      </w:r>
      <w:r>
        <w:pict>
          <v:rect id="t7" style="position:absolute;margin-left:99.3341pt;margin-top:233.8583pt;width:147.1586pt;height:453.5433pt;mso-position-horizontal-relative:page;mso-position-vertical-relative:page;z-index:7;v-text-anchor:middle" filled="f" stroked="f">
            <v:textbox inset="0,0,0,0" style="layout-flow:vertical;mso-layout-flow-alt:top-to-bottom">
              <w:txbxContent>
                <w:p>
                  <w:pPr>
                    <w:jc w:val="left"/>
                    <w:spacing w:before="0" w:after="0" w:line="1422" w:lineRule="atLeast"/>
                  </w:pPr>
                  <w:r>
                    <w:rPr>
                      <w:rFonts w:ascii="Yu Mincho" w:hAnsi="Yu Mincho" w:eastAsia="Yu Mincho"/>
                      <w:b/>
                      <w:bCs/>
                      <w:color w:val="1f2b33"/>
                      <w:sz w:val="142"/>
                      <w:szCs w:val="142"/>
                    </w:rPr>
                    <w:t xml:space="preserve">総務関係書類</w:t>
                  </w:r>
                </w:p>
              </w:txbxContent>
            </v:textbox>
          </v:rect>
        </w:pict>
      </w:r>
      <w:r>
        <w:pict>
          <v:rect id="s8" style="position:absolute;margin-left:80.2772pt;margin-top:698.7402pt;width:185.2724pt;height:0.8504pt;mso-position-horizontal-relative:page;mso-position-vertical-relative:page;z-index:8" filled="t" fillcolor="#b9c3c7" stroked="f"/>
        </w:pict>
      </w:r>
      <w:r>
        <w:pict>
          <v:rect id="t9" style="position:absolute;margin-left:51.0236pt;margin-top:712.9134pt;width:243.7795pt;height:25.5118pt;mso-position-horizontal-relative:page;mso-position-vertical-relative:page;z-index:9" filled="f" stroked="f">
            <v:textbox inset="0,0,0,0">
              <w:txbxContent>
                <w:p>
                  <w:pPr>
                    <w:jc w:val="center"/>
                    <w:spacing w:before="0" w:after="0" w:line="309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1f2b33"/>
                      <w:sz w:val="31"/>
                      <w:szCs w:val="31"/>
                    </w:rPr>
                    <w:t xml:space="preserve">総務部</w:t>
                  </w:r>
                </w:p>
              </w:txbxContent>
            </v:textbox>
          </v:rect>
        </w:pict>
      </w:r>
      <w:r>
        <w:pict>
          <v:rect id="t10" style="position:absolute;margin-left:51.0236pt;margin-top:742.0697pt;width:243.7795pt;height:21.8673pt;mso-position-horizontal-relative:page;mso-position-vertical-relative:page;z-index:10" filled="f" stroked="f">
            <v:textbox inset="0,0,0,0">
              <w:txbxContent>
                <w:p>
                  <w:pPr>
                    <w:jc w:val="center"/>
                    <w:spacing w:before="0" w:after="0" w:line="257" w:lineRule="atLeast"/>
                  </w:pPr>
                  <w:r>
                    <w:rPr>
                      <w:rFonts w:ascii="Yu Gothic" w:hAnsi="Yu Gothic" w:eastAsia="Yu Gothic"/>
                      <w:color w:val="52616a"/>
                      <w:sz w:val="26"/>
                      <w:szCs w:val="26"/>
                    </w:rPr>
                    <w:t xml:space="preserve">保存期間 5年</w:t>
                  </w:r>
                </w:p>
              </w:txbxContent>
            </v:textbox>
          </v:rect>
        </w:pict>
      </w:r>
      <w:r>
        <w:pict>
          <v:rect id="s11" style="position:absolute;margin-left:155.9055pt;margin-top:792.2835pt;width:34.0157pt;height:6.8031pt;mso-position-horizontal-relative:page;mso-position-vertical-relative:page;z-index:11" filled="t" fillcolor="#d9a521" stroked="f"/>
        </w:pict>
      </w:r>
      <w:r>
        <w:pict>
          <v:rect id="s12" style="position:absolute;margin-left:51.0236pt;margin-top:24.0945pt;width:243.7795pt;height:793.7008pt;mso-position-horizontal-relative:page;mso-position-vertical-relative:page;z-index:12" filled="f" stroked="t" strokecolor="#b8b8b8" strokeweight="0.28pt"/>
        </w:pict>
      </w:r>
      <w:r>
        <w:pict>
          <v:rect id="s13" style="position:absolute;margin-left:300.4724pt;margin-top:24.0945pt;width:243.7795pt;height:793.7008pt;mso-position-horizontal-relative:page;mso-position-vertical-relative:page;z-index:13" filled="t" fillcolor="#ffffff" stroked="f"/>
        </w:pict>
      </w:r>
      <w:r>
        <w:pict>
          <v:rect id="s14" style="position:absolute;margin-left:300.4724pt;margin-top:24.0945pt;width:243.7795pt;height:34.0157pt;mso-position-horizontal-relative:page;mso-position-vertical-relative:page;z-index:14" filled="t" fillcolor="#d9a521" stroked="f"/>
        </w:pict>
      </w:r>
      <w:r>
        <w:pict>
          <v:rect id="t15" style="position:absolute;margin-left:300.4724pt;margin-top:77.9528pt;width:243.7795pt;height:43.7345pt;mso-position-horizontal-relative:page;mso-position-vertical-relative:page;z-index:15" filled="f" stroked="f">
            <v:textbox inset="0,0,0,0">
              <w:txbxContent>
                <w:p>
                  <w:pPr>
                    <w:jc w:val="center"/>
                    <w:spacing w:before="0" w:after="0" w:line="566" w:lineRule="atLeast"/>
                  </w:pPr>
                  <w:r>
                    <w:rPr>
                      <w:rFonts w:ascii="Yu Gothic" w:hAnsi="Yu Gothic" w:eastAsia="Yu Gothic"/>
                      <w:color w:val="1f2b33"/>
                      <w:sz w:val="57"/>
                      <w:szCs w:val="57"/>
                    </w:rPr>
                    <w:t xml:space="preserve">2026</w:t>
                  </w:r>
                </w:p>
              </w:txbxContent>
            </v:textbox>
          </v:rect>
        </w:pict>
      </w:r>
      <w:r>
        <w:pict>
          <v:rect id="t16" style="position:absolute;margin-left:300.4724pt;margin-top:121.6873pt;width:243.7795pt;height:21.8673pt;mso-position-horizontal-relative:page;mso-position-vertical-relative:page;z-index:16" filled="f" stroked="f">
            <v:textbox inset="0,0,0,0">
              <w:txbxContent>
                <w:p>
                  <w:pPr>
                    <w:jc w:val="center"/>
                    <w:spacing w:before="0" w:after="0" w:line="257" w:lineRule="atLeast"/>
                  </w:pPr>
                  <w:r>
                    <w:rPr>
                      <w:rFonts w:ascii="Yu Gothic" w:hAnsi="Yu Gothic" w:eastAsia="Yu Gothic"/>
                      <w:color w:val="52616a"/>
                      <w:sz w:val="26"/>
                      <w:szCs w:val="26"/>
                    </w:rPr>
                    <w:t xml:space="preserve">年度</w:t>
                  </w:r>
                </w:p>
              </w:txbxContent>
            </v:textbox>
          </v:rect>
        </w:pict>
      </w:r>
      <w:r>
        <w:pict>
          <v:rect id="s17" style="position:absolute;margin-left:329.7260pt;margin-top:171.4961pt;width:185.2724pt;height:0.8504pt;mso-position-horizontal-relative:page;mso-position-vertical-relative:page;z-index:17" filled="t" fillcolor="#b9c3c7" stroked="f"/>
        </w:pict>
      </w:r>
      <w:r>
        <w:pict>
          <v:rect id="t18" style="position:absolute;margin-left:300.4724pt;margin-top:185.6693pt;width:243.7795pt;height:29.1564pt;mso-position-horizontal-relative:page;mso-position-vertical-relative:page;z-index:18" filled="f" stroked="f">
            <v:textbox inset="0,0,0,0">
              <w:txbxContent>
                <w:p>
                  <w:pPr>
                    <w:jc w:val="center"/>
                    <w:spacing w:before="0" w:after="0" w:line="360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1f2b33"/>
                      <w:sz w:val="36"/>
                      <w:szCs w:val="36"/>
                    </w:rPr>
                    <w:t xml:space="preserve">A-01</w:t>
                  </w:r>
                </w:p>
              </w:txbxContent>
            </v:textbox>
          </v:rect>
        </w:pict>
      </w:r>
      <w:r>
        <w:pict>
          <v:rect id="t19" style="position:absolute;margin-left:348.7829pt;margin-top:233.8583pt;width:147.1586pt;height:453.5433pt;mso-position-horizontal-relative:page;mso-position-vertical-relative:page;z-index:19;v-text-anchor:middle" filled="f" stroked="f">
            <v:textbox inset="0,0,0,0" style="layout-flow:vertical;mso-layout-flow-alt:top-to-bottom">
              <w:txbxContent>
                <w:p>
                  <w:pPr>
                    <w:jc w:val="left"/>
                    <w:spacing w:before="0" w:after="0" w:line="1422" w:lineRule="atLeast"/>
                  </w:pPr>
                  <w:r>
                    <w:rPr>
                      <w:rFonts w:ascii="Yu Mincho" w:hAnsi="Yu Mincho" w:eastAsia="Yu Mincho"/>
                      <w:b/>
                      <w:bCs/>
                      <w:color w:val="1f2b33"/>
                      <w:sz w:val="142"/>
                      <w:szCs w:val="142"/>
                    </w:rPr>
                    <w:t xml:space="preserve">総務関係書類</w:t>
                  </w:r>
                </w:p>
              </w:txbxContent>
            </v:textbox>
          </v:rect>
        </w:pict>
      </w:r>
      <w:r>
        <w:pict>
          <v:rect id="s20" style="position:absolute;margin-left:329.7260pt;margin-top:698.7402pt;width:185.2724pt;height:0.8504pt;mso-position-horizontal-relative:page;mso-position-vertical-relative:page;z-index:20" filled="t" fillcolor="#b9c3c7" stroked="f"/>
        </w:pict>
      </w:r>
      <w:r>
        <w:pict>
          <v:rect id="t21" style="position:absolute;margin-left:300.4724pt;margin-top:712.9134pt;width:243.7795pt;height:25.5118pt;mso-position-horizontal-relative:page;mso-position-vertical-relative:page;z-index:21" filled="f" stroked="f">
            <v:textbox inset="0,0,0,0">
              <w:txbxContent>
                <w:p>
                  <w:pPr>
                    <w:jc w:val="center"/>
                    <w:spacing w:before="0" w:after="0" w:line="309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1f2b33"/>
                      <w:sz w:val="31"/>
                      <w:szCs w:val="31"/>
                    </w:rPr>
                    <w:t xml:space="preserve">総務部</w:t>
                  </w:r>
                </w:p>
              </w:txbxContent>
            </v:textbox>
          </v:rect>
        </w:pict>
      </w:r>
      <w:r>
        <w:pict>
          <v:rect id="t22" style="position:absolute;margin-left:300.4724pt;margin-top:742.0697pt;width:243.7795pt;height:21.8673pt;mso-position-horizontal-relative:page;mso-position-vertical-relative:page;z-index:22" filled="f" stroked="f">
            <v:textbox inset="0,0,0,0">
              <w:txbxContent>
                <w:p>
                  <w:pPr>
                    <w:jc w:val="center"/>
                    <w:spacing w:before="0" w:after="0" w:line="257" w:lineRule="atLeast"/>
                  </w:pPr>
                  <w:r>
                    <w:rPr>
                      <w:rFonts w:ascii="Yu Gothic" w:hAnsi="Yu Gothic" w:eastAsia="Yu Gothic"/>
                      <w:color w:val="52616a"/>
                      <w:sz w:val="26"/>
                      <w:szCs w:val="26"/>
                    </w:rPr>
                    <w:t xml:space="preserve">保存期間 5年</w:t>
                  </w:r>
                </w:p>
              </w:txbxContent>
            </v:textbox>
          </v:rect>
        </w:pict>
      </w:r>
      <w:r>
        <w:pict>
          <v:rect id="s23" style="position:absolute;margin-left:405.3543pt;margin-top:792.2835pt;width:34.0157pt;height:6.8031pt;mso-position-horizontal-relative:page;mso-position-vertical-relative:page;z-index:23" filled="t" fillcolor="#d9a521" stroked="f"/>
        </w:pict>
      </w:r>
      <w:r>
        <w:pict>
          <v:rect id="s24" style="position:absolute;margin-left:300.4724pt;margin-top:24.0945pt;width:243.7795pt;height:793.7008pt;mso-position-horizontal-relative:page;mso-position-vertical-relative:page;z-index:24" filled="f" stroked="t" strokecolor="#b8b8b8" strokeweight="0.28pt"/>
        </w:pict>
      </w:r>
      <w:r>
        <w:pict>
          <v:rect id="t25" style="position:absolute;margin-left:28.3465pt;margin-top:9.0709pt;width:538.5827pt;height:12.7559pt;mso-position-horizontal-relative:page;mso-position-vertical-relative:page;z-index:25" filled="f" stroked="f">
            <v:textbox inset="0,0,0,0">
              <w:txbxContent>
                <w:p>
                  <w:pPr>
                    <w:jc w:val="center"/>
                    <w:spacing w:before="0" w:after="0" w:line="140" w:lineRule="atLeast"/>
                  </w:pPr>
                  <w:r>
                    <w:rPr>
                      <w:rFonts w:ascii="Yu Gothic" w:hAnsi="Yu Gothic" w:eastAsia="Yu Gothic"/>
                      <w:color w:val="6b767c"/>
                      <w:sz w:val="14"/>
                      <w:szCs w:val="14"/>
                    </w:rPr>
                    <w:t xml:space="preserve">このページ：黄（4/4）　1ページ目 青／2ページ目 赤／3ページ目 緑／4ページ目 黄　※使いたい色のページだけ印刷</w:t>
                  </w:r>
                </w:p>
              </w:txbxContent>
            </v:textbox>
          </v:rect>
        </w:pict>
      </w:r>
    </w:p>
    <w:sectPr w:rsidR="00FC693F" w:rsidRPr="0006063C" w:rsidSect="00034616">
      <w:pgSz w:w="11906" w:h="16838"/>
      <w:pgMar w:top="454" w:right="454" w:bottom="454" w:left="45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Yu Gothic" w:hAnsi="Yu Gothic"/>
      <w:sz w:val="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背表紙 余白と明朝 3cm</dc:title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