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272.1260pt;height:34.0157pt;mso-position-horizontal-relative:page;mso-position-vertical-relative:page;z-index:2" filled="t" fillcolor="#2b5f9e" stroked="f"/>
        </w:pict>
      </w:r>
      <w:r>
        <w:pict>
          <v:rect id="t3" style="position:absolute;margin-left:161.5748pt;margin-top:77.9528pt;width:272.1260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61.5748pt;margin-top:124.1170pt;width:272.1260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4.2299pt;margin-top:171.4961pt;width:206.8157pt;height:0.8504pt;mso-position-horizontal-relative:page;mso-position-vertical-relative:page;z-index:5" filled="t" fillcolor="#b9c3c7" stroked="f"/>
        </w:pict>
      </w:r>
      <w:r>
        <w:pict>
          <v:rect id="t6" style="position:absolute;margin-left:161.5748pt;margin-top:185.6693pt;width:272.1260pt;height:30.776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8"/>
                      <w:szCs w:val="3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94.2299pt;margin-top:698.7402pt;width:206.8157pt;height:0.8504pt;mso-position-horizontal-relative:page;mso-position-vertical-relative:page;z-index:8" filled="t" fillcolor="#b9c3c7" stroked="f"/>
        </w:pict>
      </w:r>
      <w:r>
        <w:pict>
          <v:rect id="t9" style="position:absolute;margin-left:161.5748pt;margin-top:712.9134pt;width:272.1260pt;height:26.9291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61.5748pt;margin-top:743.6895pt;width:272.1260pt;height:23.0821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161.5748pt;margin-top:24.0945pt;width:272.1260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272.1260pt;height:34.0157pt;mso-position-horizontal-relative:page;mso-position-vertical-relative:page;z-index:2" filled="t" fillcolor="#b8433a" stroked="f"/>
        </w:pict>
      </w:r>
      <w:r>
        <w:pict>
          <v:rect id="t3" style="position:absolute;margin-left:161.5748pt;margin-top:77.9528pt;width:272.1260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61.5748pt;margin-top:124.1170pt;width:272.1260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4.2299pt;margin-top:171.4961pt;width:206.8157pt;height:0.8504pt;mso-position-horizontal-relative:page;mso-position-vertical-relative:page;z-index:5" filled="t" fillcolor="#b9c3c7" stroked="f"/>
        </w:pict>
      </w:r>
      <w:r>
        <w:pict>
          <v:rect id="t6" style="position:absolute;margin-left:161.5748pt;margin-top:185.6693pt;width:272.1260pt;height:30.776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8"/>
                      <w:szCs w:val="3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94.2299pt;margin-top:698.7402pt;width:206.8157pt;height:0.8504pt;mso-position-horizontal-relative:page;mso-position-vertical-relative:page;z-index:8" filled="t" fillcolor="#b9c3c7" stroked="f"/>
        </w:pict>
      </w:r>
      <w:r>
        <w:pict>
          <v:rect id="t9" style="position:absolute;margin-left:161.5748pt;margin-top:712.9134pt;width:272.1260pt;height:26.9291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61.5748pt;margin-top:743.6895pt;width:272.1260pt;height:23.0821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161.5748pt;margin-top:24.0945pt;width:272.1260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272.1260pt;height:34.0157pt;mso-position-horizontal-relative:page;mso-position-vertical-relative:page;z-index:2" filled="t" fillcolor="#2f7d5b" stroked="f"/>
        </w:pict>
      </w:r>
      <w:r>
        <w:pict>
          <v:rect id="t3" style="position:absolute;margin-left:161.5748pt;margin-top:77.9528pt;width:272.1260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61.5748pt;margin-top:124.1170pt;width:272.1260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4.2299pt;margin-top:171.4961pt;width:206.8157pt;height:0.8504pt;mso-position-horizontal-relative:page;mso-position-vertical-relative:page;z-index:5" filled="t" fillcolor="#b9c3c7" stroked="f"/>
        </w:pict>
      </w:r>
      <w:r>
        <w:pict>
          <v:rect id="t6" style="position:absolute;margin-left:161.5748pt;margin-top:185.6693pt;width:272.1260pt;height:30.776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8"/>
                      <w:szCs w:val="3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94.2299pt;margin-top:698.7402pt;width:206.8157pt;height:0.8504pt;mso-position-horizontal-relative:page;mso-position-vertical-relative:page;z-index:8" filled="t" fillcolor="#b9c3c7" stroked="f"/>
        </w:pict>
      </w:r>
      <w:r>
        <w:pict>
          <v:rect id="t9" style="position:absolute;margin-left:161.5748pt;margin-top:712.9134pt;width:272.1260pt;height:26.9291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61.5748pt;margin-top:743.6895pt;width:272.1260pt;height:23.0821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161.5748pt;margin-top:24.0945pt;width:272.1260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fffff" stroked="f"/>
        </w:pict>
      </w:r>
      <w:r>
        <w:pict>
          <v:rect id="s2" style="position:absolute;margin-left:161.5748pt;margin-top:24.0945pt;width:272.1260pt;height:34.0157pt;mso-position-horizontal-relative:page;mso-position-vertical-relative:page;z-index:2" filled="t" fillcolor="#d9a521" stroked="f"/>
        </w:pict>
      </w:r>
      <w:r>
        <w:pict>
          <v:rect id="t3" style="position:absolute;margin-left:161.5748pt;margin-top:77.9528pt;width:272.1260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61.5748pt;margin-top:124.1170pt;width:272.1260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4.2299pt;margin-top:171.4961pt;width:206.8157pt;height:0.8504pt;mso-position-horizontal-relative:page;mso-position-vertical-relative:page;z-index:5" filled="t" fillcolor="#b9c3c7" stroked="f"/>
        </w:pict>
      </w:r>
      <w:r>
        <w:pict>
          <v:rect id="t6" style="position:absolute;margin-left:161.5748pt;margin-top:185.6693pt;width:272.1260pt;height:30.776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8"/>
                      <w:szCs w:val="3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94.2299pt;margin-top:698.7402pt;width:206.8157pt;height:0.8504pt;mso-position-horizontal-relative:page;mso-position-vertical-relative:page;z-index:8" filled="t" fillcolor="#b9c3c7" stroked="f"/>
        </w:pict>
      </w:r>
      <w:r>
        <w:pict>
          <v:rect id="t9" style="position:absolute;margin-left:161.5748pt;margin-top:712.9134pt;width:272.1260pt;height:26.9291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61.5748pt;margin-top:743.6895pt;width:272.1260pt;height:23.0821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161.5748pt;margin-top:24.0945pt;width:272.1260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