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300.4724pt;height:34.0157pt;mso-position-horizontal-relative:page;mso-position-vertical-relative:page;z-index:2" filled="t" fillcolor="#2b5f9e" stroked="f"/>
        </w:pict>
      </w:r>
      <w:r>
        <w:pict>
          <v:rect id="t3" style="position:absolute;margin-left:147.4016pt;margin-top:77.9528pt;width:300.4724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47.4016pt;margin-top:126.5467pt;width:300.4724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3.4583pt;margin-top:171.4961pt;width:228.3591pt;height:0.8504pt;mso-position-horizontal-relative:page;mso-position-vertical-relative:page;z-index:5" filled="t" fillcolor="#b9c3c7" stroked="f"/>
        </w:pict>
      </w:r>
      <w:r>
        <w:pict>
          <v:rect id="t6" style="position:absolute;margin-left:147.4016pt;margin-top:185.6693pt;width:300.4724pt;height:32.396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0"/>
                      <w:szCs w:val="4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83.4583pt;margin-top:698.7402pt;width:228.3591pt;height:0.8504pt;mso-position-horizontal-relative:page;mso-position-vertical-relative:page;z-index:8" filled="t" fillcolor="#b9c3c7" stroked="f"/>
        </w:pict>
      </w:r>
      <w:r>
        <w:pict>
          <v:rect id="t9" style="position:absolute;margin-left:147.4016pt;margin-top:712.9134pt;width:300.4724pt;height:28.346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47.4016pt;margin-top:745.3093pt;width:300.4724pt;height:24.2970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147.4016pt;margin-top:24.0945pt;width:300.4724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300.4724pt;height:34.0157pt;mso-position-horizontal-relative:page;mso-position-vertical-relative:page;z-index:2" filled="t" fillcolor="#b8433a" stroked="f"/>
        </w:pict>
      </w:r>
      <w:r>
        <w:pict>
          <v:rect id="t3" style="position:absolute;margin-left:147.4016pt;margin-top:77.9528pt;width:300.4724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47.4016pt;margin-top:126.5467pt;width:300.4724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3.4583pt;margin-top:171.4961pt;width:228.3591pt;height:0.8504pt;mso-position-horizontal-relative:page;mso-position-vertical-relative:page;z-index:5" filled="t" fillcolor="#b9c3c7" stroked="f"/>
        </w:pict>
      </w:r>
      <w:r>
        <w:pict>
          <v:rect id="t6" style="position:absolute;margin-left:147.4016pt;margin-top:185.6693pt;width:300.4724pt;height:32.396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0"/>
                      <w:szCs w:val="4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83.4583pt;margin-top:698.7402pt;width:228.3591pt;height:0.8504pt;mso-position-horizontal-relative:page;mso-position-vertical-relative:page;z-index:8" filled="t" fillcolor="#b9c3c7" stroked="f"/>
        </w:pict>
      </w:r>
      <w:r>
        <w:pict>
          <v:rect id="t9" style="position:absolute;margin-left:147.4016pt;margin-top:712.9134pt;width:300.4724pt;height:28.346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47.4016pt;margin-top:745.3093pt;width:300.4724pt;height:24.2970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147.4016pt;margin-top:24.0945pt;width:300.4724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300.4724pt;height:34.0157pt;mso-position-horizontal-relative:page;mso-position-vertical-relative:page;z-index:2" filled="t" fillcolor="#2f7d5b" stroked="f"/>
        </w:pict>
      </w:r>
      <w:r>
        <w:pict>
          <v:rect id="t3" style="position:absolute;margin-left:147.4016pt;margin-top:77.9528pt;width:300.4724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47.4016pt;margin-top:126.5467pt;width:300.4724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3.4583pt;margin-top:171.4961pt;width:228.3591pt;height:0.8504pt;mso-position-horizontal-relative:page;mso-position-vertical-relative:page;z-index:5" filled="t" fillcolor="#b9c3c7" stroked="f"/>
        </w:pict>
      </w:r>
      <w:r>
        <w:pict>
          <v:rect id="t6" style="position:absolute;margin-left:147.4016pt;margin-top:185.6693pt;width:300.4724pt;height:32.396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0"/>
                      <w:szCs w:val="4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83.4583pt;margin-top:698.7402pt;width:228.3591pt;height:0.8504pt;mso-position-horizontal-relative:page;mso-position-vertical-relative:page;z-index:8" filled="t" fillcolor="#b9c3c7" stroked="f"/>
        </w:pict>
      </w:r>
      <w:r>
        <w:pict>
          <v:rect id="t9" style="position:absolute;margin-left:147.4016pt;margin-top:712.9134pt;width:300.4724pt;height:28.346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47.4016pt;margin-top:745.3093pt;width:300.4724pt;height:24.2970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147.4016pt;margin-top:24.0945pt;width:300.4724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300.4724pt;height:34.0157pt;mso-position-horizontal-relative:page;mso-position-vertical-relative:page;z-index:2" filled="t" fillcolor="#d9a521" stroked="f"/>
        </w:pict>
      </w:r>
      <w:r>
        <w:pict>
          <v:rect id="t3" style="position:absolute;margin-left:147.4016pt;margin-top:77.9528pt;width:300.4724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47.4016pt;margin-top:126.5467pt;width:300.4724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3.4583pt;margin-top:171.4961pt;width:228.3591pt;height:0.8504pt;mso-position-horizontal-relative:page;mso-position-vertical-relative:page;z-index:5" filled="t" fillcolor="#b9c3c7" stroked="f"/>
        </w:pict>
      </w:r>
      <w:r>
        <w:pict>
          <v:rect id="t6" style="position:absolute;margin-left:147.4016pt;margin-top:185.6693pt;width:300.4724pt;height:32.396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0"/>
                      <w:szCs w:val="4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83.4583pt;margin-top:698.7402pt;width:228.3591pt;height:0.8504pt;mso-position-horizontal-relative:page;mso-position-vertical-relative:page;z-index:8" filled="t" fillcolor="#b9c3c7" stroked="f"/>
        </w:pict>
      </w:r>
      <w:r>
        <w:pict>
          <v:rect id="t9" style="position:absolute;margin-left:147.4016pt;margin-top:712.9134pt;width:300.4724pt;height:28.346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47.4016pt;margin-top:745.3093pt;width:300.4724pt;height:24.2970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147.4016pt;margin-top:24.0945pt;width:300.4724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