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133.2283pt;margin-top:24.0945pt;width:328.8189pt;height:793.7008pt;mso-position-horizontal-relative:page;mso-position-vertical-relative:page;z-index:1" filled="t" fillcolor="#f6f2ea" stroked="f"/>
        </w:pict>
      </w:r>
      <w:r>
        <w:pict>
          <v:rect id="s2" style="position:absolute;margin-left:175.9748pt;margin-top:63.7795pt;width:28.3465pt;height:4.5354pt;mso-position-horizontal-relative:page;mso-position-vertical-relative:page;z-index:2" filled="t" fillcolor="#2b5f9e" stroked="f"/>
        </w:pict>
      </w:r>
      <w:r>
        <w:pict>
          <v:rect id="t3" style="position:absolute;margin-left:175.9748pt;margin-top:77.9528pt;width:243.3260pt;height:51.0236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66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66"/>
                      <w:szCs w:val="66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75.9748pt;margin-top:128.9764pt;width:243.3260pt;height:25.5118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75.9748pt;margin-top:171.4961pt;width:243.3260pt;height:0.8504pt;mso-position-horizontal-relative:page;mso-position-vertical-relative:page;z-index:5" filled="t" fillcolor="#cdbfae" stroked="f"/>
        </w:pict>
      </w:r>
      <w:r>
        <w:pict>
          <v:rect id="t6" style="position:absolute;margin-left:226.2938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33.2283pt;margin-top:668.1260pt;width:328.8189pt;height:149.6693pt;mso-position-horizontal-relative:page;mso-position-vertical-relative:page;z-index:7" filled="t" fillcolor="#2b5f9e" stroked="f"/>
        </w:pict>
      </w:r>
      <w:r>
        <w:pict>
          <v:rect id="t8" style="position:absolute;margin-left:175.9748pt;margin-top:687.9685pt;width:243.3260pt;height:29.763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75.9748pt;margin-top:721.9843pt;width:243.3260pt;height:25.5118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30"/>
                      <w:szCs w:val="3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75.9748pt;margin-top:766.7717pt;width:243.3260pt;height:42.5197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5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54"/>
                      <w:szCs w:val="5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33.2283pt;margin-top:24.0945pt;width:328.8189pt;height:793.7008pt;mso-position-horizontal-relative:page;mso-position-vertical-relative:page;z-index:11" filled="f" stroked="t" strokecolor="#b8b8b8" strokeweight="0.28pt"/>
        </w:pict>
      </w:r>
      <w:r>
        <w:pict>
          <v:rect id="t12" style="position:absolute;margin-left:28.3465pt;margin-top:9.0709pt;width:538.5827pt;height:12.7559pt;mso-position-horizontal-relative:page;mso-position-vertical-relative:page;z-index:12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33.2283pt;margin-top:24.0945pt;width:328.8189pt;height:793.7008pt;mso-position-horizontal-relative:page;mso-position-vertical-relative:page;z-index:1" filled="t" fillcolor="#f6f2ea" stroked="f"/>
        </w:pict>
      </w:r>
      <w:r>
        <w:pict>
          <v:rect id="s2" style="position:absolute;margin-left:175.9748pt;margin-top:63.7795pt;width:28.3465pt;height:4.5354pt;mso-position-horizontal-relative:page;mso-position-vertical-relative:page;z-index:2" filled="t" fillcolor="#b8433a" stroked="f"/>
        </w:pict>
      </w:r>
      <w:r>
        <w:pict>
          <v:rect id="t3" style="position:absolute;margin-left:175.9748pt;margin-top:77.9528pt;width:243.3260pt;height:51.0236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66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66"/>
                      <w:szCs w:val="66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75.9748pt;margin-top:128.9764pt;width:243.3260pt;height:25.5118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75.9748pt;margin-top:171.4961pt;width:243.3260pt;height:0.8504pt;mso-position-horizontal-relative:page;mso-position-vertical-relative:page;z-index:5" filled="t" fillcolor="#cdbfae" stroked="f"/>
        </w:pict>
      </w:r>
      <w:r>
        <w:pict>
          <v:rect id="t6" style="position:absolute;margin-left:226.2938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33.2283pt;margin-top:668.1260pt;width:328.8189pt;height:149.6693pt;mso-position-horizontal-relative:page;mso-position-vertical-relative:page;z-index:7" filled="t" fillcolor="#b8433a" stroked="f"/>
        </w:pict>
      </w:r>
      <w:r>
        <w:pict>
          <v:rect id="t8" style="position:absolute;margin-left:175.9748pt;margin-top:687.9685pt;width:243.3260pt;height:29.763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75.9748pt;margin-top:721.9843pt;width:243.3260pt;height:25.5118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30"/>
                      <w:szCs w:val="3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75.9748pt;margin-top:766.7717pt;width:243.3260pt;height:42.5197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5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54"/>
                      <w:szCs w:val="5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33.2283pt;margin-top:24.0945pt;width:328.8189pt;height:793.7008pt;mso-position-horizontal-relative:page;mso-position-vertical-relative:page;z-index:11" filled="f" stroked="t" strokecolor="#b8b8b8" strokeweight="0.28pt"/>
        </w:pict>
      </w:r>
      <w:r>
        <w:pict>
          <v:rect id="t12" style="position:absolute;margin-left:28.3465pt;margin-top:9.0709pt;width:538.5827pt;height:12.7559pt;mso-position-horizontal-relative:page;mso-position-vertical-relative:page;z-index:12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33.2283pt;margin-top:24.0945pt;width:328.8189pt;height:793.7008pt;mso-position-horizontal-relative:page;mso-position-vertical-relative:page;z-index:1" filled="t" fillcolor="#f6f2ea" stroked="f"/>
        </w:pict>
      </w:r>
      <w:r>
        <w:pict>
          <v:rect id="s2" style="position:absolute;margin-left:175.9748pt;margin-top:63.7795pt;width:28.3465pt;height:4.5354pt;mso-position-horizontal-relative:page;mso-position-vertical-relative:page;z-index:2" filled="t" fillcolor="#2f7d5b" stroked="f"/>
        </w:pict>
      </w:r>
      <w:r>
        <w:pict>
          <v:rect id="t3" style="position:absolute;margin-left:175.9748pt;margin-top:77.9528pt;width:243.3260pt;height:51.0236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66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66"/>
                      <w:szCs w:val="66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75.9748pt;margin-top:128.9764pt;width:243.3260pt;height:25.5118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75.9748pt;margin-top:171.4961pt;width:243.3260pt;height:0.8504pt;mso-position-horizontal-relative:page;mso-position-vertical-relative:page;z-index:5" filled="t" fillcolor="#cdbfae" stroked="f"/>
        </w:pict>
      </w:r>
      <w:r>
        <w:pict>
          <v:rect id="t6" style="position:absolute;margin-left:226.2938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33.2283pt;margin-top:668.1260pt;width:328.8189pt;height:149.6693pt;mso-position-horizontal-relative:page;mso-position-vertical-relative:page;z-index:7" filled="t" fillcolor="#2f7d5b" stroked="f"/>
        </w:pict>
      </w:r>
      <w:r>
        <w:pict>
          <v:rect id="t8" style="position:absolute;margin-left:175.9748pt;margin-top:687.9685pt;width:243.3260pt;height:29.763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6"/>
                      <w:szCs w:val="3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75.9748pt;margin-top:721.9843pt;width:243.3260pt;height:25.5118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30"/>
                      <w:szCs w:val="3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75.9748pt;margin-top:766.7717pt;width:243.3260pt;height:42.5197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5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54"/>
                      <w:szCs w:val="5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33.2283pt;margin-top:24.0945pt;width:328.8189pt;height:793.7008pt;mso-position-horizontal-relative:page;mso-position-vertical-relative:page;z-index:11" filled="f" stroked="t" strokecolor="#b8b8b8" strokeweight="0.28pt"/>
        </w:pict>
      </w:r>
      <w:r>
        <w:pict>
          <v:rect id="t12" style="position:absolute;margin-left:28.3465pt;margin-top:9.0709pt;width:538.5827pt;height:12.7559pt;mso-position-horizontal-relative:page;mso-position-vertical-relative:page;z-index:12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33.2283pt;margin-top:24.0945pt;width:328.8189pt;height:793.7008pt;mso-position-horizontal-relative:page;mso-position-vertical-relative:page;z-index:1" filled="t" fillcolor="#f6f2ea" stroked="f"/>
        </w:pict>
      </w:r>
      <w:r>
        <w:pict>
          <v:rect id="s2" style="position:absolute;margin-left:175.9748pt;margin-top:63.7795pt;width:28.3465pt;height:4.5354pt;mso-position-horizontal-relative:page;mso-position-vertical-relative:page;z-index:2" filled="t" fillcolor="#d9a521" stroked="f"/>
        </w:pict>
      </w:r>
      <w:r>
        <w:pict>
          <v:rect id="t3" style="position:absolute;margin-left:175.9748pt;margin-top:77.9528pt;width:243.3260pt;height:51.0236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660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66"/>
                      <w:szCs w:val="66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75.9748pt;margin-top:128.9764pt;width:243.3260pt;height:25.5118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75.9748pt;margin-top:171.4961pt;width:243.3260pt;height:0.8504pt;mso-position-horizontal-relative:page;mso-position-vertical-relative:page;z-index:5" filled="t" fillcolor="#cdbfae" stroked="f"/>
        </w:pict>
      </w:r>
      <w:r>
        <w:pict>
          <v:rect id="t6" style="position:absolute;margin-left:226.2938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33.2283pt;margin-top:668.1260pt;width:328.8189pt;height:149.6693pt;mso-position-horizontal-relative:page;mso-position-vertical-relative:page;z-index:7" filled="t" fillcolor="#d9a521" stroked="f"/>
        </w:pict>
      </w:r>
      <w:r>
        <w:pict>
          <v:rect id="t8" style="position:absolute;margin-left:175.9748pt;margin-top:687.9685pt;width:243.3260pt;height:29.763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6"/>
                      <w:szCs w:val="3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75.9748pt;margin-top:721.9843pt;width:243.3260pt;height:25.5118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30"/>
                      <w:szCs w:val="3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75.9748pt;margin-top:766.7717pt;width:243.3260pt;height:42.5197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5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54"/>
                      <w:szCs w:val="5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33.2283pt;margin-top:24.0945pt;width:328.8189pt;height:793.7008pt;mso-position-horizontal-relative:page;mso-position-vertical-relative:page;z-index:11" filled="f" stroked="t" strokecolor="#b8b8b8" strokeweight="0.28pt"/>
        </w:pict>
      </w:r>
      <w:r>
        <w:pict>
          <v:rect id="t12" style="position:absolute;margin-left:28.3465pt;margin-top:9.0709pt;width:538.5827pt;height:12.7559pt;mso-position-horizontal-relative:page;mso-position-vertical-relative:page;z-index:12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