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6f2ea" stroked="f"/>
        </w:pict>
      </w:r>
      <w:r>
        <w:pict>
          <v:rect id="s2" style="position:absolute;margin-left:132.0378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132.0378pt;margin-top:77.9528pt;width:138.4441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2.0378pt;margin-top:116.8279pt;width:138.4441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2.0378pt;margin-top:171.4961pt;width:138.4441pt;height:0.8504pt;mso-position-horizontal-relative:page;mso-position-vertical-relative:page;z-index:5" filled="t" fillcolor="#cdbfae" stroked="f"/>
        </w:pict>
      </w:r>
      <w:r>
        <w:pict>
          <v:rect id="t6" style="position:absolute;margin-left:128.7450pt;margin-top:211.1811pt;width:145.0297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07.7165pt;margin-top:675.2531pt;width:187.0866pt;height:142.5422pt;mso-position-horizontal-relative:page;mso-position-vertical-relative:page;z-index:7" filled="t" fillcolor="#2b5f9e" stroked="f"/>
        </w:pict>
      </w:r>
      <w:r>
        <w:pict>
          <v:rect id="t8" style="position:absolute;margin-left:132.0378pt;margin-top:695.0956pt;width:138.4441pt;height:22.6772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32.0378pt;margin-top:721.0124pt;width:138.4441pt;height:19.4376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32.0378pt;margin-top:769.2013pt;width:138.4441pt;height:32.3960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07.7165pt;margin-top:24.0945pt;width:187.0866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187.0866pt;height:793.7008pt;mso-position-horizontal-relative:page;mso-position-vertical-relative:page;z-index:12" filled="t" fillcolor="#f6f2ea" stroked="f"/>
        </w:pict>
      </w:r>
      <w:r>
        <w:pict>
          <v:rect id="s13" style="position:absolute;margin-left:324.7937pt;margin-top:63.7795pt;width:28.3465pt;height:4.5354pt;mso-position-horizontal-relative:page;mso-position-vertical-relative:page;z-index:13" filled="t" fillcolor="#2b5f9e" stroked="f"/>
        </w:pict>
      </w:r>
      <w:r>
        <w:pict>
          <v:rect id="t14" style="position:absolute;margin-left:324.7937pt;margin-top:77.9528pt;width:138.4441pt;height:38.8751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4.7937pt;margin-top:116.8279pt;width:138.4441pt;height:19.4376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4.7937pt;margin-top:171.4961pt;width:138.4441pt;height:0.8504pt;mso-position-horizontal-relative:page;mso-position-vertical-relative:page;z-index:16" filled="t" fillcolor="#cdbfae" stroked="f"/>
        </w:pict>
      </w:r>
      <w:r>
        <w:pict>
          <v:rect id="t17" style="position:absolute;margin-left:321.5009pt;margin-top:211.1811pt;width:145.0297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75.2531pt;width:187.0866pt;height:142.5422pt;mso-position-horizontal-relative:page;mso-position-vertical-relative:page;z-index:18" filled="t" fillcolor="#2b5f9e" stroked="f"/>
        </w:pict>
      </w:r>
      <w:r>
        <w:pict>
          <v:rect id="t19" style="position:absolute;margin-left:324.7937pt;margin-top:695.0956pt;width:138.4441pt;height:22.6772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4.7937pt;margin-top:721.0124pt;width:138.4441pt;height:19.4376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4.7937pt;margin-top:769.2013pt;width:138.4441pt;height:32.3960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187.0866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6f2ea" stroked="f"/>
        </w:pict>
      </w:r>
      <w:r>
        <w:pict>
          <v:rect id="s2" style="position:absolute;margin-left:132.0378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132.0378pt;margin-top:77.9528pt;width:138.4441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2.0378pt;margin-top:116.8279pt;width:138.4441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2.0378pt;margin-top:171.4961pt;width:138.4441pt;height:0.8504pt;mso-position-horizontal-relative:page;mso-position-vertical-relative:page;z-index:5" filled="t" fillcolor="#cdbfae" stroked="f"/>
        </w:pict>
      </w:r>
      <w:r>
        <w:pict>
          <v:rect id="t6" style="position:absolute;margin-left:128.7450pt;margin-top:211.1811pt;width:145.0297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07.7165pt;margin-top:675.2531pt;width:187.0866pt;height:142.5422pt;mso-position-horizontal-relative:page;mso-position-vertical-relative:page;z-index:7" filled="t" fillcolor="#b8433a" stroked="f"/>
        </w:pict>
      </w:r>
      <w:r>
        <w:pict>
          <v:rect id="t8" style="position:absolute;margin-left:132.0378pt;margin-top:695.0956pt;width:138.4441pt;height:22.6772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32.0378pt;margin-top:721.0124pt;width:138.4441pt;height:19.4376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32.0378pt;margin-top:769.2013pt;width:138.4441pt;height:32.3960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07.7165pt;margin-top:24.0945pt;width:187.0866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187.0866pt;height:793.7008pt;mso-position-horizontal-relative:page;mso-position-vertical-relative:page;z-index:12" filled="t" fillcolor="#f6f2ea" stroked="f"/>
        </w:pict>
      </w:r>
      <w:r>
        <w:pict>
          <v:rect id="s13" style="position:absolute;margin-left:324.7937pt;margin-top:63.7795pt;width:28.3465pt;height:4.5354pt;mso-position-horizontal-relative:page;mso-position-vertical-relative:page;z-index:13" filled="t" fillcolor="#b8433a" stroked="f"/>
        </w:pict>
      </w:r>
      <w:r>
        <w:pict>
          <v:rect id="t14" style="position:absolute;margin-left:324.7937pt;margin-top:77.9528pt;width:138.4441pt;height:38.8751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4.7937pt;margin-top:116.8279pt;width:138.4441pt;height:19.4376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4.7937pt;margin-top:171.4961pt;width:138.4441pt;height:0.8504pt;mso-position-horizontal-relative:page;mso-position-vertical-relative:page;z-index:16" filled="t" fillcolor="#cdbfae" stroked="f"/>
        </w:pict>
      </w:r>
      <w:r>
        <w:pict>
          <v:rect id="t17" style="position:absolute;margin-left:321.5009pt;margin-top:211.1811pt;width:145.0297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75.2531pt;width:187.0866pt;height:142.5422pt;mso-position-horizontal-relative:page;mso-position-vertical-relative:page;z-index:18" filled="t" fillcolor="#b8433a" stroked="f"/>
        </w:pict>
      </w:r>
      <w:r>
        <w:pict>
          <v:rect id="t19" style="position:absolute;margin-left:324.7937pt;margin-top:695.0956pt;width:138.4441pt;height:22.6772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4.7937pt;margin-top:721.0124pt;width:138.4441pt;height:19.4376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4.7937pt;margin-top:769.2013pt;width:138.4441pt;height:32.3960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187.0866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6f2ea" stroked="f"/>
        </w:pict>
      </w:r>
      <w:r>
        <w:pict>
          <v:rect id="s2" style="position:absolute;margin-left:132.0378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132.0378pt;margin-top:77.9528pt;width:138.4441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2.0378pt;margin-top:116.8279pt;width:138.4441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2.0378pt;margin-top:171.4961pt;width:138.4441pt;height:0.8504pt;mso-position-horizontal-relative:page;mso-position-vertical-relative:page;z-index:5" filled="t" fillcolor="#cdbfae" stroked="f"/>
        </w:pict>
      </w:r>
      <w:r>
        <w:pict>
          <v:rect id="t6" style="position:absolute;margin-left:128.7450pt;margin-top:211.1811pt;width:145.0297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07.7165pt;margin-top:675.2531pt;width:187.0866pt;height:142.5422pt;mso-position-horizontal-relative:page;mso-position-vertical-relative:page;z-index:7" filled="t" fillcolor="#2f7d5b" stroked="f"/>
        </w:pict>
      </w:r>
      <w:r>
        <w:pict>
          <v:rect id="t8" style="position:absolute;margin-left:132.0378pt;margin-top:695.0956pt;width:138.4441pt;height:22.6772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32.0378pt;margin-top:721.0124pt;width:138.4441pt;height:19.4376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32.0378pt;margin-top:769.2013pt;width:138.4441pt;height:32.3960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07.7165pt;margin-top:24.0945pt;width:187.0866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187.0866pt;height:793.7008pt;mso-position-horizontal-relative:page;mso-position-vertical-relative:page;z-index:12" filled="t" fillcolor="#f6f2ea" stroked="f"/>
        </w:pict>
      </w:r>
      <w:r>
        <w:pict>
          <v:rect id="s13" style="position:absolute;margin-left:324.7937pt;margin-top:63.7795pt;width:28.3465pt;height:4.5354pt;mso-position-horizontal-relative:page;mso-position-vertical-relative:page;z-index:13" filled="t" fillcolor="#2f7d5b" stroked="f"/>
        </w:pict>
      </w:r>
      <w:r>
        <w:pict>
          <v:rect id="t14" style="position:absolute;margin-left:324.7937pt;margin-top:77.9528pt;width:138.4441pt;height:38.8751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4.7937pt;margin-top:116.8279pt;width:138.4441pt;height:19.4376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4.7937pt;margin-top:171.4961pt;width:138.4441pt;height:0.8504pt;mso-position-horizontal-relative:page;mso-position-vertical-relative:page;z-index:16" filled="t" fillcolor="#cdbfae" stroked="f"/>
        </w:pict>
      </w:r>
      <w:r>
        <w:pict>
          <v:rect id="t17" style="position:absolute;margin-left:321.5009pt;margin-top:211.1811pt;width:145.0297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75.2531pt;width:187.0866pt;height:142.5422pt;mso-position-horizontal-relative:page;mso-position-vertical-relative:page;z-index:18" filled="t" fillcolor="#2f7d5b" stroked="f"/>
        </w:pict>
      </w:r>
      <w:r>
        <w:pict>
          <v:rect id="t19" style="position:absolute;margin-left:324.7937pt;margin-top:695.0956pt;width:138.4441pt;height:22.6772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4.7937pt;margin-top:721.0124pt;width:138.4441pt;height:19.4376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4.7937pt;margin-top:769.2013pt;width:138.4441pt;height:32.3960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187.0866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6f2ea" stroked="f"/>
        </w:pict>
      </w:r>
      <w:r>
        <w:pict>
          <v:rect id="s2" style="position:absolute;margin-left:132.0378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132.0378pt;margin-top:77.9528pt;width:138.4441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2.0378pt;margin-top:116.8279pt;width:138.4441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2.0378pt;margin-top:171.4961pt;width:138.4441pt;height:0.8504pt;mso-position-horizontal-relative:page;mso-position-vertical-relative:page;z-index:5" filled="t" fillcolor="#cdbfae" stroked="f"/>
        </w:pict>
      </w:r>
      <w:r>
        <w:pict>
          <v:rect id="t6" style="position:absolute;margin-left:128.7450pt;margin-top:211.1811pt;width:145.0297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07.7165pt;margin-top:675.2531pt;width:187.0866pt;height:142.5422pt;mso-position-horizontal-relative:page;mso-position-vertical-relative:page;z-index:7" filled="t" fillcolor="#d9a521" stroked="f"/>
        </w:pict>
      </w:r>
      <w:r>
        <w:pict>
          <v:rect id="t8" style="position:absolute;margin-left:132.0378pt;margin-top:695.0956pt;width:138.4441pt;height:22.6772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32.0378pt;margin-top:721.0124pt;width:138.4441pt;height:19.4376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32.0378pt;margin-top:769.2013pt;width:138.4441pt;height:32.3960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07.7165pt;margin-top:24.0945pt;width:187.0866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187.0866pt;height:793.7008pt;mso-position-horizontal-relative:page;mso-position-vertical-relative:page;z-index:12" filled="t" fillcolor="#f6f2ea" stroked="f"/>
        </w:pict>
      </w:r>
      <w:r>
        <w:pict>
          <v:rect id="s13" style="position:absolute;margin-left:324.7937pt;margin-top:63.7795pt;width:28.3465pt;height:4.5354pt;mso-position-horizontal-relative:page;mso-position-vertical-relative:page;z-index:13" filled="t" fillcolor="#d9a521" stroked="f"/>
        </w:pict>
      </w:r>
      <w:r>
        <w:pict>
          <v:rect id="t14" style="position:absolute;margin-left:324.7937pt;margin-top:77.9528pt;width:138.4441pt;height:38.8751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4.7937pt;margin-top:116.8279pt;width:138.4441pt;height:19.4376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4.7937pt;margin-top:171.4961pt;width:138.4441pt;height:0.8504pt;mso-position-horizontal-relative:page;mso-position-vertical-relative:page;z-index:16" filled="t" fillcolor="#cdbfae" stroked="f"/>
        </w:pict>
      </w:r>
      <w:r>
        <w:pict>
          <v:rect id="t17" style="position:absolute;margin-left:321.5009pt;margin-top:211.1811pt;width:145.0297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0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0"/>
                      <w:szCs w:val="14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75.2531pt;width:187.0866pt;height:142.5422pt;mso-position-horizontal-relative:page;mso-position-vertical-relative:page;z-index:18" filled="t" fillcolor="#d9a521" stroked="f"/>
        </w:pict>
      </w:r>
      <w:r>
        <w:pict>
          <v:rect id="t19" style="position:absolute;margin-left:324.7937pt;margin-top:695.0956pt;width:138.4441pt;height:22.6772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4.7937pt;margin-top:721.0124pt;width:138.4441pt;height:19.4376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4.7937pt;margin-top:769.2013pt;width:138.4441pt;height:32.3960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187.0866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