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6f2ea" stroked="f"/>
        </w:pict>
      </w:r>
      <w:r>
        <w:pict>
          <v:rect id="s2" style="position:absolute;margin-left:107.3764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107.3764pt;margin-top:77.9528pt;width:159.4205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3764pt;margin-top:119.2576pt;width:159.4205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7.3764pt;margin-top:171.4961pt;width:159.4205pt;height:0.8504pt;mso-position-horizontal-relative:page;mso-position-vertical-relative:page;z-index:5" filled="t" fillcolor="#cdbfae" stroked="f"/>
        </w:pict>
      </w:r>
      <w:r>
        <w:pict>
          <v:rect id="t6" style="position:absolute;margin-left:115.7426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79.3701pt;margin-top:668.1260pt;width:215.4331pt;height:149.6693pt;mso-position-horizontal-relative:page;mso-position-vertical-relative:page;z-index:7" filled="t" fillcolor="#2b5f9e" stroked="f"/>
        </w:pict>
      </w:r>
      <w:r>
        <w:pict>
          <v:rect id="t8" style="position:absolute;margin-left:107.3764pt;margin-top:687.9685pt;width:159.4205pt;height:24.094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07.3764pt;margin-top:715.5051pt;width:159.4205pt;height:20.6524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07.3764pt;margin-top:766.7717pt;width:159.4205pt;height:34.420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79.3701pt;margin-top:24.0945pt;width:215.4331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15.4331pt;height:793.7008pt;mso-position-horizontal-relative:page;mso-position-vertical-relative:page;z-index:12" filled="t" fillcolor="#f6f2ea" stroked="f"/>
        </w:pict>
      </w:r>
      <w:r>
        <w:pict>
          <v:rect id="s13" style="position:absolute;margin-left:328.4787pt;margin-top:63.7795pt;width:28.3465pt;height:4.5354pt;mso-position-horizontal-relative:page;mso-position-vertical-relative:page;z-index:13" filled="t" fillcolor="#2b5f9e" stroked="f"/>
        </w:pict>
      </w:r>
      <w:r>
        <w:pict>
          <v:rect id="t14" style="position:absolute;margin-left:328.4787pt;margin-top:77.9528pt;width:159.4205pt;height:41.3048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8.4787pt;margin-top:119.2576pt;width:159.4205pt;height:20.6524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8.4787pt;margin-top:171.4961pt;width:159.4205pt;height:0.8504pt;mso-position-horizontal-relative:page;mso-position-vertical-relative:page;z-index:16" filled="t" fillcolor="#cdbfae" stroked="f"/>
        </w:pict>
      </w:r>
      <w:r>
        <w:pict>
          <v:rect id="t17" style="position:absolute;margin-left:336.8450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15.4331pt;height:149.6693pt;mso-position-horizontal-relative:page;mso-position-vertical-relative:page;z-index:18" filled="t" fillcolor="#2b5f9e" stroked="f"/>
        </w:pict>
      </w:r>
      <w:r>
        <w:pict>
          <v:rect id="t19" style="position:absolute;margin-left:328.4787pt;margin-top:687.9685pt;width:159.4205pt;height:24.094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8.4787pt;margin-top:715.5051pt;width:159.4205pt;height:20.6524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8.4787pt;margin-top:766.7717pt;width:159.4205pt;height:34.420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15.4331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6f2ea" stroked="f"/>
        </w:pict>
      </w:r>
      <w:r>
        <w:pict>
          <v:rect id="s2" style="position:absolute;margin-left:107.3764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107.3764pt;margin-top:77.9528pt;width:159.4205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3764pt;margin-top:119.2576pt;width:159.4205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7.3764pt;margin-top:171.4961pt;width:159.4205pt;height:0.8504pt;mso-position-horizontal-relative:page;mso-position-vertical-relative:page;z-index:5" filled="t" fillcolor="#cdbfae" stroked="f"/>
        </w:pict>
      </w:r>
      <w:r>
        <w:pict>
          <v:rect id="t6" style="position:absolute;margin-left:115.7426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79.3701pt;margin-top:668.1260pt;width:215.4331pt;height:149.6693pt;mso-position-horizontal-relative:page;mso-position-vertical-relative:page;z-index:7" filled="t" fillcolor="#b8433a" stroked="f"/>
        </w:pict>
      </w:r>
      <w:r>
        <w:pict>
          <v:rect id="t8" style="position:absolute;margin-left:107.3764pt;margin-top:687.9685pt;width:159.4205pt;height:24.094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07.3764pt;margin-top:715.5051pt;width:159.4205pt;height:20.6524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07.3764pt;margin-top:766.7717pt;width:159.4205pt;height:34.420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79.3701pt;margin-top:24.0945pt;width:215.4331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15.4331pt;height:793.7008pt;mso-position-horizontal-relative:page;mso-position-vertical-relative:page;z-index:12" filled="t" fillcolor="#f6f2ea" stroked="f"/>
        </w:pict>
      </w:r>
      <w:r>
        <w:pict>
          <v:rect id="s13" style="position:absolute;margin-left:328.4787pt;margin-top:63.7795pt;width:28.3465pt;height:4.5354pt;mso-position-horizontal-relative:page;mso-position-vertical-relative:page;z-index:13" filled="t" fillcolor="#b8433a" stroked="f"/>
        </w:pict>
      </w:r>
      <w:r>
        <w:pict>
          <v:rect id="t14" style="position:absolute;margin-left:328.4787pt;margin-top:77.9528pt;width:159.4205pt;height:41.3048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8.4787pt;margin-top:119.2576pt;width:159.4205pt;height:20.6524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8.4787pt;margin-top:171.4961pt;width:159.4205pt;height:0.8504pt;mso-position-horizontal-relative:page;mso-position-vertical-relative:page;z-index:16" filled="t" fillcolor="#cdbfae" stroked="f"/>
        </w:pict>
      </w:r>
      <w:r>
        <w:pict>
          <v:rect id="t17" style="position:absolute;margin-left:336.8450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15.4331pt;height:149.6693pt;mso-position-horizontal-relative:page;mso-position-vertical-relative:page;z-index:18" filled="t" fillcolor="#b8433a" stroked="f"/>
        </w:pict>
      </w:r>
      <w:r>
        <w:pict>
          <v:rect id="t19" style="position:absolute;margin-left:328.4787pt;margin-top:687.9685pt;width:159.4205pt;height:24.094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8.4787pt;margin-top:715.5051pt;width:159.4205pt;height:20.6524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8.4787pt;margin-top:766.7717pt;width:159.4205pt;height:34.420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15.4331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6f2ea" stroked="f"/>
        </w:pict>
      </w:r>
      <w:r>
        <w:pict>
          <v:rect id="s2" style="position:absolute;margin-left:107.3764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107.3764pt;margin-top:77.9528pt;width:159.4205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3764pt;margin-top:119.2576pt;width:159.4205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7.3764pt;margin-top:171.4961pt;width:159.4205pt;height:0.8504pt;mso-position-horizontal-relative:page;mso-position-vertical-relative:page;z-index:5" filled="t" fillcolor="#cdbfae" stroked="f"/>
        </w:pict>
      </w:r>
      <w:r>
        <w:pict>
          <v:rect id="t6" style="position:absolute;margin-left:115.7426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79.3701pt;margin-top:668.1260pt;width:215.4331pt;height:149.6693pt;mso-position-horizontal-relative:page;mso-position-vertical-relative:page;z-index:7" filled="t" fillcolor="#2f7d5b" stroked="f"/>
        </w:pict>
      </w:r>
      <w:r>
        <w:pict>
          <v:rect id="t8" style="position:absolute;margin-left:107.3764pt;margin-top:687.9685pt;width:159.4205pt;height:24.094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07.3764pt;margin-top:715.5051pt;width:159.4205pt;height:20.6524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07.3764pt;margin-top:766.7717pt;width:159.4205pt;height:34.420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79.3701pt;margin-top:24.0945pt;width:215.4331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15.4331pt;height:793.7008pt;mso-position-horizontal-relative:page;mso-position-vertical-relative:page;z-index:12" filled="t" fillcolor="#f6f2ea" stroked="f"/>
        </w:pict>
      </w:r>
      <w:r>
        <w:pict>
          <v:rect id="s13" style="position:absolute;margin-left:328.4787pt;margin-top:63.7795pt;width:28.3465pt;height:4.5354pt;mso-position-horizontal-relative:page;mso-position-vertical-relative:page;z-index:13" filled="t" fillcolor="#2f7d5b" stroked="f"/>
        </w:pict>
      </w:r>
      <w:r>
        <w:pict>
          <v:rect id="t14" style="position:absolute;margin-left:328.4787pt;margin-top:77.9528pt;width:159.4205pt;height:41.3048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8.4787pt;margin-top:119.2576pt;width:159.4205pt;height:20.6524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8.4787pt;margin-top:171.4961pt;width:159.4205pt;height:0.8504pt;mso-position-horizontal-relative:page;mso-position-vertical-relative:page;z-index:16" filled="t" fillcolor="#cdbfae" stroked="f"/>
        </w:pict>
      </w:r>
      <w:r>
        <w:pict>
          <v:rect id="t17" style="position:absolute;margin-left:336.8450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15.4331pt;height:149.6693pt;mso-position-horizontal-relative:page;mso-position-vertical-relative:page;z-index:18" filled="t" fillcolor="#2f7d5b" stroked="f"/>
        </w:pict>
      </w:r>
      <w:r>
        <w:pict>
          <v:rect id="t19" style="position:absolute;margin-left:328.4787pt;margin-top:687.9685pt;width:159.4205pt;height:24.094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8.4787pt;margin-top:715.5051pt;width:159.4205pt;height:20.6524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8.4787pt;margin-top:766.7717pt;width:159.4205pt;height:34.420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15.4331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6f2ea" stroked="f"/>
        </w:pict>
      </w:r>
      <w:r>
        <w:pict>
          <v:rect id="s2" style="position:absolute;margin-left:107.3764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107.3764pt;margin-top:77.9528pt;width:159.4205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3764pt;margin-top:119.2576pt;width:159.4205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7.3764pt;margin-top:171.4961pt;width:159.4205pt;height:0.8504pt;mso-position-horizontal-relative:page;mso-position-vertical-relative:page;z-index:5" filled="t" fillcolor="#cdbfae" stroked="f"/>
        </w:pict>
      </w:r>
      <w:r>
        <w:pict>
          <v:rect id="t6" style="position:absolute;margin-left:115.7426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79.3701pt;margin-top:668.1260pt;width:215.4331pt;height:149.6693pt;mso-position-horizontal-relative:page;mso-position-vertical-relative:page;z-index:7" filled="t" fillcolor="#d9a521" stroked="f"/>
        </w:pict>
      </w:r>
      <w:r>
        <w:pict>
          <v:rect id="t8" style="position:absolute;margin-left:107.3764pt;margin-top:687.9685pt;width:159.4205pt;height:24.094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07.3764pt;margin-top:715.5051pt;width:159.4205pt;height:20.6524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07.3764pt;margin-top:766.7717pt;width:159.4205pt;height:34.420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79.3701pt;margin-top:24.0945pt;width:215.4331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15.4331pt;height:793.7008pt;mso-position-horizontal-relative:page;mso-position-vertical-relative:page;z-index:12" filled="t" fillcolor="#f6f2ea" stroked="f"/>
        </w:pict>
      </w:r>
      <w:r>
        <w:pict>
          <v:rect id="s13" style="position:absolute;margin-left:328.4787pt;margin-top:63.7795pt;width:28.3465pt;height:4.5354pt;mso-position-horizontal-relative:page;mso-position-vertical-relative:page;z-index:13" filled="t" fillcolor="#d9a521" stroked="f"/>
        </w:pict>
      </w:r>
      <w:r>
        <w:pict>
          <v:rect id="t14" style="position:absolute;margin-left:328.4787pt;margin-top:77.9528pt;width:159.4205pt;height:41.3048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28.4787pt;margin-top:119.2576pt;width:159.4205pt;height:20.6524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28.4787pt;margin-top:171.4961pt;width:159.4205pt;height:0.8504pt;mso-position-horizontal-relative:page;mso-position-vertical-relative:page;z-index:16" filled="t" fillcolor="#cdbfae" stroked="f"/>
        </w:pict>
      </w:r>
      <w:r>
        <w:pict>
          <v:rect id="t17" style="position:absolute;margin-left:336.8450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15.4331pt;height:149.6693pt;mso-position-horizontal-relative:page;mso-position-vertical-relative:page;z-index:18" filled="t" fillcolor="#d9a521" stroked="f"/>
        </w:pict>
      </w:r>
      <w:r>
        <w:pict>
          <v:rect id="t19" style="position:absolute;margin-left:328.4787pt;margin-top:687.9685pt;width:159.4205pt;height:24.094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28.4787pt;margin-top:715.5051pt;width:159.4205pt;height:20.6524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28.4787pt;margin-top:766.7717pt;width:159.4205pt;height:34.420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4"/>
                      <w:szCs w:val="4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15.4331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