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0" w:lineRule="exact"/>
      </w:pPr>
      <w:r>
        <w:pict>
          <v:rect id="s1" style="position:absolute;margin-left:51.0236pt;margin-top:24.0945pt;width:243.7795pt;height:793.7008pt;mso-position-horizontal-relative:page;mso-position-vertical-relative:page;z-index:1" filled="t" fillcolor="#f6f2ea" stroked="f"/>
        </w:pict>
      </w:r>
      <w:r>
        <w:pict>
          <v:rect id="s2" style="position:absolute;margin-left:82.7150pt;margin-top:63.7795pt;width:28.3465pt;height:4.5354pt;mso-position-horizontal-relative:page;mso-position-vertical-relative:page;z-index:2" filled="t" fillcolor="#2b5f9e" stroked="f"/>
        </w:pict>
      </w:r>
      <w:r>
        <w:pict>
          <v:rect id="t3" style="position:absolute;margin-left:82.7150pt;margin-top:77.9528pt;width:180.3969pt;height:43.7345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566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57"/>
                      <w:szCs w:val="5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82.7150pt;margin-top:121.6873pt;width:180.3969pt;height:21.8673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82.7150pt;margin-top:171.4961pt;width:180.3969pt;height:0.8504pt;mso-position-horizontal-relative:page;mso-position-vertical-relative:page;z-index:5" filled="t" fillcolor="#cdbfae" stroked="f"/>
        </w:pict>
      </w:r>
      <w:r>
        <w:pict>
          <v:rect id="t6" style="position:absolute;margin-left:101.5694pt;margin-top:211.1811pt;width:142.6880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51.0236pt;margin-top:668.1260pt;width:243.7795pt;height:149.6693pt;mso-position-horizontal-relative:page;mso-position-vertical-relative:page;z-index:7" filled="t" fillcolor="#2b5f9e" stroked="f"/>
        </w:pict>
      </w:r>
      <w:r>
        <w:pict>
          <v:rect id="t8" style="position:absolute;margin-left:82.7150pt;margin-top:687.9685pt;width:180.3969pt;height:25.5118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30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1"/>
                      <w:szCs w:val="31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82.7150pt;margin-top:717.1249pt;width:180.3969pt;height:21.8673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6"/>
                      <w:szCs w:val="26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82.7150pt;margin-top:766.7717pt;width:180.3969pt;height:36.4454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46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6"/>
                      <w:szCs w:val="4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51.0236pt;margin-top:24.0945pt;width:243.7795pt;height:793.7008pt;mso-position-horizontal-relative:page;mso-position-vertical-relative:page;z-index:11" filled="f" stroked="t" strokecolor="#b8b8b8" strokeweight="0.28pt"/>
        </w:pict>
      </w:r>
      <w:r>
        <w:pict>
          <v:rect id="s12" style="position:absolute;margin-left:300.4724pt;margin-top:24.0945pt;width:243.7795pt;height:793.7008pt;mso-position-horizontal-relative:page;mso-position-vertical-relative:page;z-index:12" filled="t" fillcolor="#f6f2ea" stroked="f"/>
        </w:pict>
      </w:r>
      <w:r>
        <w:pict>
          <v:rect id="s13" style="position:absolute;margin-left:332.1638pt;margin-top:63.7795pt;width:28.3465pt;height:4.5354pt;mso-position-horizontal-relative:page;mso-position-vertical-relative:page;z-index:13" filled="t" fillcolor="#2b5f9e" stroked="f"/>
        </w:pict>
      </w:r>
      <w:r>
        <w:pict>
          <v:rect id="t14" style="position:absolute;margin-left:332.1638pt;margin-top:77.9528pt;width:180.3969pt;height:43.7345pt;mso-position-horizontal-relative:page;mso-position-vertical-relative:page;z-index:14" filled="f" stroked="f">
            <v:textbox inset="0,0,0,0">
              <w:txbxContent>
                <w:p>
                  <w:pPr>
                    <w:jc w:val="left"/>
                    <w:spacing w:before="0" w:after="0" w:line="566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57"/>
                      <w:szCs w:val="5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5" style="position:absolute;margin-left:332.1638pt;margin-top:121.6873pt;width:180.3969pt;height:21.8673pt;mso-position-horizontal-relative:page;mso-position-vertical-relative:page;z-index:15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6" style="position:absolute;margin-left:332.1638pt;margin-top:171.4961pt;width:180.3969pt;height:0.8504pt;mso-position-horizontal-relative:page;mso-position-vertical-relative:page;z-index:16" filled="t" fillcolor="#cdbfae" stroked="f"/>
        </w:pict>
      </w:r>
      <w:r>
        <w:pict>
          <v:rect id="t17" style="position:absolute;margin-left:351.0182pt;margin-top:211.1811pt;width:142.6880pt;height:453.5433pt;mso-position-horizontal-relative:page;mso-position-vertical-relative:page;z-index:1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8" style="position:absolute;margin-left:300.4724pt;margin-top:668.1260pt;width:243.7795pt;height:149.6693pt;mso-position-horizontal-relative:page;mso-position-vertical-relative:page;z-index:18" filled="t" fillcolor="#2b5f9e" stroked="f"/>
        </w:pict>
      </w:r>
      <w:r>
        <w:pict>
          <v:rect id="t19" style="position:absolute;margin-left:332.1638pt;margin-top:687.9685pt;width:180.3969pt;height:25.5118pt;mso-position-horizontal-relative:page;mso-position-vertical-relative:page;z-index:19" filled="f" stroked="f">
            <v:textbox inset="0,0,0,0">
              <w:txbxContent>
                <w:p>
                  <w:pPr>
                    <w:jc w:val="left"/>
                    <w:spacing w:before="0" w:after="0" w:line="30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1"/>
                      <w:szCs w:val="31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0" style="position:absolute;margin-left:332.1638pt;margin-top:717.1249pt;width:180.3969pt;height:21.8673pt;mso-position-horizontal-relative:page;mso-position-vertical-relative:page;z-index:20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6"/>
                      <w:szCs w:val="26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1" style="position:absolute;margin-left:332.1638pt;margin-top:766.7717pt;width:180.3969pt;height:36.4454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46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6"/>
                      <w:szCs w:val="4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2" style="position:absolute;margin-left:300.4724pt;margin-top:24.0945pt;width:243.7795pt;height:793.7008pt;mso-position-horizontal-relative:page;mso-position-vertical-relative:page;z-index:22" filled="f" stroked="t" strokecolor="#b8b8b8" strokeweight="0.28pt"/>
        </w:pict>
      </w:r>
      <w:r>
        <w:pict>
          <v:rect id="t23" style="position:absolute;margin-left:28.3465pt;margin-top:9.0709pt;width:538.5827pt;height:12.7559pt;mso-position-horizontal-relative:page;mso-position-vertical-relative:page;z-index:2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このページ：青（1/4）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51.0236pt;margin-top:24.0945pt;width:243.7795pt;height:793.7008pt;mso-position-horizontal-relative:page;mso-position-vertical-relative:page;z-index:1" filled="t" fillcolor="#f6f2ea" stroked="f"/>
        </w:pict>
      </w:r>
      <w:r>
        <w:pict>
          <v:rect id="s2" style="position:absolute;margin-left:82.7150pt;margin-top:63.7795pt;width:28.3465pt;height:4.5354pt;mso-position-horizontal-relative:page;mso-position-vertical-relative:page;z-index:2" filled="t" fillcolor="#b8433a" stroked="f"/>
        </w:pict>
      </w:r>
      <w:r>
        <w:pict>
          <v:rect id="t3" style="position:absolute;margin-left:82.7150pt;margin-top:77.9528pt;width:180.3969pt;height:43.7345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566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57"/>
                      <w:szCs w:val="5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82.7150pt;margin-top:121.6873pt;width:180.3969pt;height:21.8673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82.7150pt;margin-top:171.4961pt;width:180.3969pt;height:0.8504pt;mso-position-horizontal-relative:page;mso-position-vertical-relative:page;z-index:5" filled="t" fillcolor="#cdbfae" stroked="f"/>
        </w:pict>
      </w:r>
      <w:r>
        <w:pict>
          <v:rect id="t6" style="position:absolute;margin-left:101.5694pt;margin-top:211.1811pt;width:142.6880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51.0236pt;margin-top:668.1260pt;width:243.7795pt;height:149.6693pt;mso-position-horizontal-relative:page;mso-position-vertical-relative:page;z-index:7" filled="t" fillcolor="#b8433a" stroked="f"/>
        </w:pict>
      </w:r>
      <w:r>
        <w:pict>
          <v:rect id="t8" style="position:absolute;margin-left:82.7150pt;margin-top:687.9685pt;width:180.3969pt;height:25.5118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30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1"/>
                      <w:szCs w:val="31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82.7150pt;margin-top:717.1249pt;width:180.3969pt;height:21.8673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6"/>
                      <w:szCs w:val="26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82.7150pt;margin-top:766.7717pt;width:180.3969pt;height:36.4454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46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6"/>
                      <w:szCs w:val="4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51.0236pt;margin-top:24.0945pt;width:243.7795pt;height:793.7008pt;mso-position-horizontal-relative:page;mso-position-vertical-relative:page;z-index:11" filled="f" stroked="t" strokecolor="#b8b8b8" strokeweight="0.28pt"/>
        </w:pict>
      </w:r>
      <w:r>
        <w:pict>
          <v:rect id="s12" style="position:absolute;margin-left:300.4724pt;margin-top:24.0945pt;width:243.7795pt;height:793.7008pt;mso-position-horizontal-relative:page;mso-position-vertical-relative:page;z-index:12" filled="t" fillcolor="#f6f2ea" stroked="f"/>
        </w:pict>
      </w:r>
      <w:r>
        <w:pict>
          <v:rect id="s13" style="position:absolute;margin-left:332.1638pt;margin-top:63.7795pt;width:28.3465pt;height:4.5354pt;mso-position-horizontal-relative:page;mso-position-vertical-relative:page;z-index:13" filled="t" fillcolor="#b8433a" stroked="f"/>
        </w:pict>
      </w:r>
      <w:r>
        <w:pict>
          <v:rect id="t14" style="position:absolute;margin-left:332.1638pt;margin-top:77.9528pt;width:180.3969pt;height:43.7345pt;mso-position-horizontal-relative:page;mso-position-vertical-relative:page;z-index:14" filled="f" stroked="f">
            <v:textbox inset="0,0,0,0">
              <w:txbxContent>
                <w:p>
                  <w:pPr>
                    <w:jc w:val="left"/>
                    <w:spacing w:before="0" w:after="0" w:line="566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57"/>
                      <w:szCs w:val="5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5" style="position:absolute;margin-left:332.1638pt;margin-top:121.6873pt;width:180.3969pt;height:21.8673pt;mso-position-horizontal-relative:page;mso-position-vertical-relative:page;z-index:15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6" style="position:absolute;margin-left:332.1638pt;margin-top:171.4961pt;width:180.3969pt;height:0.8504pt;mso-position-horizontal-relative:page;mso-position-vertical-relative:page;z-index:16" filled="t" fillcolor="#cdbfae" stroked="f"/>
        </w:pict>
      </w:r>
      <w:r>
        <w:pict>
          <v:rect id="t17" style="position:absolute;margin-left:351.0182pt;margin-top:211.1811pt;width:142.6880pt;height:453.5433pt;mso-position-horizontal-relative:page;mso-position-vertical-relative:page;z-index:1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8" style="position:absolute;margin-left:300.4724pt;margin-top:668.1260pt;width:243.7795pt;height:149.6693pt;mso-position-horizontal-relative:page;mso-position-vertical-relative:page;z-index:18" filled="t" fillcolor="#b8433a" stroked="f"/>
        </w:pict>
      </w:r>
      <w:r>
        <w:pict>
          <v:rect id="t19" style="position:absolute;margin-left:332.1638pt;margin-top:687.9685pt;width:180.3969pt;height:25.5118pt;mso-position-horizontal-relative:page;mso-position-vertical-relative:page;z-index:19" filled="f" stroked="f">
            <v:textbox inset="0,0,0,0">
              <w:txbxContent>
                <w:p>
                  <w:pPr>
                    <w:jc w:val="left"/>
                    <w:spacing w:before="0" w:after="0" w:line="30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1"/>
                      <w:szCs w:val="31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0" style="position:absolute;margin-left:332.1638pt;margin-top:717.1249pt;width:180.3969pt;height:21.8673pt;mso-position-horizontal-relative:page;mso-position-vertical-relative:page;z-index:20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6"/>
                      <w:szCs w:val="26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1" style="position:absolute;margin-left:332.1638pt;margin-top:766.7717pt;width:180.3969pt;height:36.4454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46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6"/>
                      <w:szCs w:val="4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2" style="position:absolute;margin-left:300.4724pt;margin-top:24.0945pt;width:243.7795pt;height:793.7008pt;mso-position-horizontal-relative:page;mso-position-vertical-relative:page;z-index:22" filled="f" stroked="t" strokecolor="#b8b8b8" strokeweight="0.28pt"/>
        </w:pict>
      </w:r>
      <w:r>
        <w:pict>
          <v:rect id="t23" style="position:absolute;margin-left:28.3465pt;margin-top:9.0709pt;width:538.5827pt;height:12.7559pt;mso-position-horizontal-relative:page;mso-position-vertical-relative:page;z-index:2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このページ：赤（2/4）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51.0236pt;margin-top:24.0945pt;width:243.7795pt;height:793.7008pt;mso-position-horizontal-relative:page;mso-position-vertical-relative:page;z-index:1" filled="t" fillcolor="#f6f2ea" stroked="f"/>
        </w:pict>
      </w:r>
      <w:r>
        <w:pict>
          <v:rect id="s2" style="position:absolute;margin-left:82.7150pt;margin-top:63.7795pt;width:28.3465pt;height:4.5354pt;mso-position-horizontal-relative:page;mso-position-vertical-relative:page;z-index:2" filled="t" fillcolor="#2f7d5b" stroked="f"/>
        </w:pict>
      </w:r>
      <w:r>
        <w:pict>
          <v:rect id="t3" style="position:absolute;margin-left:82.7150pt;margin-top:77.9528pt;width:180.3969pt;height:43.7345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566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57"/>
                      <w:szCs w:val="5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82.7150pt;margin-top:121.6873pt;width:180.3969pt;height:21.8673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82.7150pt;margin-top:171.4961pt;width:180.3969pt;height:0.8504pt;mso-position-horizontal-relative:page;mso-position-vertical-relative:page;z-index:5" filled="t" fillcolor="#cdbfae" stroked="f"/>
        </w:pict>
      </w:r>
      <w:r>
        <w:pict>
          <v:rect id="t6" style="position:absolute;margin-left:101.5694pt;margin-top:211.1811pt;width:142.6880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51.0236pt;margin-top:668.1260pt;width:243.7795pt;height:149.6693pt;mso-position-horizontal-relative:page;mso-position-vertical-relative:page;z-index:7" filled="t" fillcolor="#2f7d5b" stroked="f"/>
        </w:pict>
      </w:r>
      <w:r>
        <w:pict>
          <v:rect id="t8" style="position:absolute;margin-left:82.7150pt;margin-top:687.9685pt;width:180.3969pt;height:25.5118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30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1"/>
                      <w:szCs w:val="31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82.7150pt;margin-top:717.1249pt;width:180.3969pt;height:21.8673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6"/>
                      <w:szCs w:val="26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82.7150pt;margin-top:766.7717pt;width:180.3969pt;height:36.4454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46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6"/>
                      <w:szCs w:val="4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51.0236pt;margin-top:24.0945pt;width:243.7795pt;height:793.7008pt;mso-position-horizontal-relative:page;mso-position-vertical-relative:page;z-index:11" filled="f" stroked="t" strokecolor="#b8b8b8" strokeweight="0.28pt"/>
        </w:pict>
      </w:r>
      <w:r>
        <w:pict>
          <v:rect id="s12" style="position:absolute;margin-left:300.4724pt;margin-top:24.0945pt;width:243.7795pt;height:793.7008pt;mso-position-horizontal-relative:page;mso-position-vertical-relative:page;z-index:12" filled="t" fillcolor="#f6f2ea" stroked="f"/>
        </w:pict>
      </w:r>
      <w:r>
        <w:pict>
          <v:rect id="s13" style="position:absolute;margin-left:332.1638pt;margin-top:63.7795pt;width:28.3465pt;height:4.5354pt;mso-position-horizontal-relative:page;mso-position-vertical-relative:page;z-index:13" filled="t" fillcolor="#2f7d5b" stroked="f"/>
        </w:pict>
      </w:r>
      <w:r>
        <w:pict>
          <v:rect id="t14" style="position:absolute;margin-left:332.1638pt;margin-top:77.9528pt;width:180.3969pt;height:43.7345pt;mso-position-horizontal-relative:page;mso-position-vertical-relative:page;z-index:14" filled="f" stroked="f">
            <v:textbox inset="0,0,0,0">
              <w:txbxContent>
                <w:p>
                  <w:pPr>
                    <w:jc w:val="left"/>
                    <w:spacing w:before="0" w:after="0" w:line="566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57"/>
                      <w:szCs w:val="5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5" style="position:absolute;margin-left:332.1638pt;margin-top:121.6873pt;width:180.3969pt;height:21.8673pt;mso-position-horizontal-relative:page;mso-position-vertical-relative:page;z-index:15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6" style="position:absolute;margin-left:332.1638pt;margin-top:171.4961pt;width:180.3969pt;height:0.8504pt;mso-position-horizontal-relative:page;mso-position-vertical-relative:page;z-index:16" filled="t" fillcolor="#cdbfae" stroked="f"/>
        </w:pict>
      </w:r>
      <w:r>
        <w:pict>
          <v:rect id="t17" style="position:absolute;margin-left:351.0182pt;margin-top:211.1811pt;width:142.6880pt;height:453.5433pt;mso-position-horizontal-relative:page;mso-position-vertical-relative:page;z-index:1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8" style="position:absolute;margin-left:300.4724pt;margin-top:668.1260pt;width:243.7795pt;height:149.6693pt;mso-position-horizontal-relative:page;mso-position-vertical-relative:page;z-index:18" filled="t" fillcolor="#2f7d5b" stroked="f"/>
        </w:pict>
      </w:r>
      <w:r>
        <w:pict>
          <v:rect id="t19" style="position:absolute;margin-left:332.1638pt;margin-top:687.9685pt;width:180.3969pt;height:25.5118pt;mso-position-horizontal-relative:page;mso-position-vertical-relative:page;z-index:19" filled="f" stroked="f">
            <v:textbox inset="0,0,0,0">
              <w:txbxContent>
                <w:p>
                  <w:pPr>
                    <w:jc w:val="left"/>
                    <w:spacing w:before="0" w:after="0" w:line="30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31"/>
                      <w:szCs w:val="31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0" style="position:absolute;margin-left:332.1638pt;margin-top:717.1249pt;width:180.3969pt;height:21.8673pt;mso-position-horizontal-relative:page;mso-position-vertical-relative:page;z-index:20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ffffff"/>
                      <w:sz w:val="26"/>
                      <w:szCs w:val="26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1" style="position:absolute;margin-left:332.1638pt;margin-top:766.7717pt;width:180.3969pt;height:36.4454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46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ffffff"/>
                      <w:sz w:val="46"/>
                      <w:szCs w:val="4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2" style="position:absolute;margin-left:300.4724pt;margin-top:24.0945pt;width:243.7795pt;height:793.7008pt;mso-position-horizontal-relative:page;mso-position-vertical-relative:page;z-index:22" filled="f" stroked="t" strokecolor="#b8b8b8" strokeweight="0.28pt"/>
        </w:pict>
      </w:r>
      <w:r>
        <w:pict>
          <v:rect id="t23" style="position:absolute;margin-left:28.3465pt;margin-top:9.0709pt;width:538.5827pt;height:12.7559pt;mso-position-horizontal-relative:page;mso-position-vertical-relative:page;z-index:2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このページ：緑（3/4）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p>
      <w:pPr>
        <w:pageBreakBefore/>
        <w:spacing w:before="0" w:after="0" w:line="20" w:lineRule="exact"/>
      </w:pPr>
      <w:r>
        <w:pict>
          <v:rect id="s1" style="position:absolute;margin-left:51.0236pt;margin-top:24.0945pt;width:243.7795pt;height:793.7008pt;mso-position-horizontal-relative:page;mso-position-vertical-relative:page;z-index:1" filled="t" fillcolor="#f6f2ea" stroked="f"/>
        </w:pict>
      </w:r>
      <w:r>
        <w:pict>
          <v:rect id="s2" style="position:absolute;margin-left:82.7150pt;margin-top:63.7795pt;width:28.3465pt;height:4.5354pt;mso-position-horizontal-relative:page;mso-position-vertical-relative:page;z-index:2" filled="t" fillcolor="#d9a521" stroked="f"/>
        </w:pict>
      </w:r>
      <w:r>
        <w:pict>
          <v:rect id="t3" style="position:absolute;margin-left:82.7150pt;margin-top:77.9528pt;width:180.3969pt;height:43.7345pt;mso-position-horizontal-relative:page;mso-position-vertical-relative:page;z-index:3" filled="f" stroked="f">
            <v:textbox inset="0,0,0,0">
              <w:txbxContent>
                <w:p>
                  <w:pPr>
                    <w:jc w:val="left"/>
                    <w:spacing w:before="0" w:after="0" w:line="566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57"/>
                      <w:szCs w:val="5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4" style="position:absolute;margin-left:82.7150pt;margin-top:121.6873pt;width:180.3969pt;height:21.8673pt;mso-position-horizontal-relative:page;mso-position-vertical-relative:page;z-index:4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5" style="position:absolute;margin-left:82.7150pt;margin-top:171.4961pt;width:180.3969pt;height:0.8504pt;mso-position-horizontal-relative:page;mso-position-vertical-relative:page;z-index:5" filled="t" fillcolor="#cdbfae" stroked="f"/>
        </w:pict>
      </w:r>
      <w:r>
        <w:pict>
          <v:rect id="t6" style="position:absolute;margin-left:101.5694pt;margin-top:211.1811pt;width:142.6880pt;height:453.5433pt;mso-position-horizontal-relative:page;mso-position-vertical-relative:page;z-index:6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7" style="position:absolute;margin-left:51.0236pt;margin-top:668.1260pt;width:243.7795pt;height:149.6693pt;mso-position-horizontal-relative:page;mso-position-vertical-relative:page;z-index:7" filled="t" fillcolor="#d9a521" stroked="f"/>
        </w:pict>
      </w:r>
      <w:r>
        <w:pict>
          <v:rect id="t8" style="position:absolute;margin-left:82.7150pt;margin-top:687.9685pt;width:180.3969pt;height:25.5118pt;mso-position-horizontal-relative:page;mso-position-vertical-relative:page;z-index:8" filled="f" stroked="f">
            <v:textbox inset="0,0,0,0">
              <w:txbxContent>
                <w:p>
                  <w:pPr>
                    <w:jc w:val="left"/>
                    <w:spacing w:before="0" w:after="0" w:line="30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31"/>
                      <w:szCs w:val="31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9" style="position:absolute;margin-left:82.7150pt;margin-top:717.1249pt;width:180.3969pt;height:21.8673pt;mso-position-horizontal-relative:page;mso-position-vertical-relative:page;z-index:9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2a2a2a"/>
                      <w:sz w:val="26"/>
                      <w:szCs w:val="26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10" style="position:absolute;margin-left:82.7150pt;margin-top:766.7717pt;width:180.3969pt;height:36.4454pt;mso-position-horizontal-relative:page;mso-position-vertical-relative:page;z-index:10" filled="f" stroked="f">
            <v:textbox inset="0,0,0,0">
              <w:txbxContent>
                <w:p>
                  <w:pPr>
                    <w:jc w:val="left"/>
                    <w:spacing w:before="0" w:after="0" w:line="46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46"/>
                      <w:szCs w:val="4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11" style="position:absolute;margin-left:51.0236pt;margin-top:24.0945pt;width:243.7795pt;height:793.7008pt;mso-position-horizontal-relative:page;mso-position-vertical-relative:page;z-index:11" filled="f" stroked="t" strokecolor="#b8b8b8" strokeweight="0.28pt"/>
        </w:pict>
      </w:r>
      <w:r>
        <w:pict>
          <v:rect id="s12" style="position:absolute;margin-left:300.4724pt;margin-top:24.0945pt;width:243.7795pt;height:793.7008pt;mso-position-horizontal-relative:page;mso-position-vertical-relative:page;z-index:12" filled="t" fillcolor="#f6f2ea" stroked="f"/>
        </w:pict>
      </w:r>
      <w:r>
        <w:pict>
          <v:rect id="s13" style="position:absolute;margin-left:332.1638pt;margin-top:63.7795pt;width:28.3465pt;height:4.5354pt;mso-position-horizontal-relative:page;mso-position-vertical-relative:page;z-index:13" filled="t" fillcolor="#d9a521" stroked="f"/>
        </w:pict>
      </w:r>
      <w:r>
        <w:pict>
          <v:rect id="t14" style="position:absolute;margin-left:332.1638pt;margin-top:77.9528pt;width:180.3969pt;height:43.7345pt;mso-position-horizontal-relative:page;mso-position-vertical-relative:page;z-index:14" filled="f" stroked="f">
            <v:textbox inset="0,0,0,0">
              <w:txbxContent>
                <w:p>
                  <w:pPr>
                    <w:jc w:val="left"/>
                    <w:spacing w:before="0" w:after="0" w:line="566" w:lineRule="atLeast"/>
                  </w:pPr>
                  <w:r>
                    <w:rPr>
                      <w:rFonts w:ascii="Yu Gothic" w:hAnsi="Yu Gothic" w:eastAsia="Yu Gothic"/>
                      <w:color w:val="3a342e"/>
                      <w:sz w:val="57"/>
                      <w:szCs w:val="57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15" style="position:absolute;margin-left:332.1638pt;margin-top:121.6873pt;width:180.3969pt;height:21.8673pt;mso-position-horizontal-relative:page;mso-position-vertical-relative:page;z-index:15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52616a"/>
                      <w:sz w:val="26"/>
                      <w:szCs w:val="26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16" style="position:absolute;margin-left:332.1638pt;margin-top:171.4961pt;width:180.3969pt;height:0.8504pt;mso-position-horizontal-relative:page;mso-position-vertical-relative:page;z-index:16" filled="t" fillcolor="#cdbfae" stroked="f"/>
        </w:pict>
      </w:r>
      <w:r>
        <w:pict>
          <v:rect id="t17" style="position:absolute;margin-left:351.0182pt;margin-top:211.1811pt;width:142.6880pt;height:453.5433pt;mso-position-horizontal-relative:page;mso-position-vertical-relative:page;z-index:17;v-text-anchor:middle" filled="f" stroked="f">
            <v:textbox inset="0,0,0,0" style="layout-flow:vertical;mso-layout-flow-alt:top-to-bottom">
              <w:txbxContent>
                <w:p>
                  <w:pPr>
                    <w:jc w:val="left"/>
                    <w:spacing w:before="0" w:after="0" w:line="137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3a342e"/>
                      <w:sz w:val="138"/>
                      <w:szCs w:val="138"/>
                    </w:rPr>
                    <w:t xml:space="preserve">総務関係書類</w:t>
                  </w:r>
                </w:p>
              </w:txbxContent>
            </v:textbox>
          </v:rect>
        </w:pict>
      </w:r>
      <w:r>
        <w:pict>
          <v:rect id="s18" style="position:absolute;margin-left:300.4724pt;margin-top:668.1260pt;width:243.7795pt;height:149.6693pt;mso-position-horizontal-relative:page;mso-position-vertical-relative:page;z-index:18" filled="t" fillcolor="#d9a521" stroked="f"/>
        </w:pict>
      </w:r>
      <w:r>
        <w:pict>
          <v:rect id="t19" style="position:absolute;margin-left:332.1638pt;margin-top:687.9685pt;width:180.3969pt;height:25.5118pt;mso-position-horizontal-relative:page;mso-position-vertical-relative:page;z-index:19" filled="f" stroked="f">
            <v:textbox inset="0,0,0,0">
              <w:txbxContent>
                <w:p>
                  <w:pPr>
                    <w:jc w:val="left"/>
                    <w:spacing w:before="0" w:after="0" w:line="309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31"/>
                      <w:szCs w:val="31"/>
                    </w:rPr>
                    <w:t xml:space="preserve">総務部</w:t>
                  </w:r>
                </w:p>
              </w:txbxContent>
            </v:textbox>
          </v:rect>
        </w:pict>
      </w:r>
      <w:r>
        <w:pict>
          <v:rect id="t20" style="position:absolute;margin-left:332.1638pt;margin-top:717.1249pt;width:180.3969pt;height:21.8673pt;mso-position-horizontal-relative:page;mso-position-vertical-relative:page;z-index:20" filled="f" stroked="f">
            <v:textbox inset="0,0,0,0">
              <w:txbxContent>
                <w:p>
                  <w:pPr>
                    <w:jc w:val="left"/>
                    <w:spacing w:before="0" w:after="0" w:line="257" w:lineRule="atLeast"/>
                  </w:pPr>
                  <w:r>
                    <w:rPr>
                      <w:rFonts w:ascii="Yu Gothic" w:hAnsi="Yu Gothic" w:eastAsia="Yu Gothic"/>
                      <w:color w:val="2a2a2a"/>
                      <w:sz w:val="26"/>
                      <w:szCs w:val="26"/>
                    </w:rPr>
                    <w:t xml:space="preserve">保存期間 5年</w:t>
                  </w:r>
                </w:p>
              </w:txbxContent>
            </v:textbox>
          </v:rect>
        </w:pict>
      </w:r>
      <w:r>
        <w:pict>
          <v:rect id="t21" style="position:absolute;margin-left:332.1638pt;margin-top:766.7717pt;width:180.3969pt;height:36.4454pt;mso-position-horizontal-relative:page;mso-position-vertical-relative:page;z-index:21" filled="f" stroked="f">
            <v:textbox inset="0,0,0,0">
              <w:txbxContent>
                <w:p>
                  <w:pPr>
                    <w:jc w:val="left"/>
                    <w:spacing w:before="0" w:after="0" w:line="463" w:lineRule="atLeast"/>
                  </w:pPr>
                  <w:r>
                    <w:rPr>
                      <w:rFonts w:ascii="Yu Gothic" w:hAnsi="Yu Gothic" w:eastAsia="Yu Gothic"/>
                      <w:b/>
                      <w:bCs/>
                      <w:color w:val="2a2a2a"/>
                      <w:sz w:val="46"/>
                      <w:szCs w:val="46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s22" style="position:absolute;margin-left:300.4724pt;margin-top:24.0945pt;width:243.7795pt;height:793.7008pt;mso-position-horizontal-relative:page;mso-position-vertical-relative:page;z-index:22" filled="f" stroked="t" strokecolor="#b8b8b8" strokeweight="0.28pt"/>
        </w:pict>
      </w:r>
      <w:r>
        <w:pict>
          <v:rect id="t23" style="position:absolute;margin-left:28.3465pt;margin-top:9.0709pt;width:538.5827pt;height:12.7559pt;mso-position-horizontal-relative:page;mso-position-vertical-relative:page;z-index:23" filled="f" stroked="f">
            <v:textbox inset="0,0,0,0">
              <w:txbxContent>
                <w:p>
                  <w:pPr>
                    <w:jc w:val="center"/>
                    <w:spacing w:before="0" w:after="0" w:line="140" w:lineRule="atLeast"/>
                  </w:pPr>
                  <w:r>
                    <w:rPr>
                      <w:rFonts w:ascii="Yu Gothic" w:hAnsi="Yu Gothic" w:eastAsia="Yu Gothic"/>
                      <w:color w:val="6b767c"/>
                      <w:sz w:val="14"/>
                      <w:szCs w:val="14"/>
                    </w:rPr>
                    <w:t xml:space="preserve">このページ：黄（4/4）　1ページ目 青／2ページ目 赤／3ページ目 緑／4ページ目 黄　※使いたい色のページだけ印刷</w:t>
                  </w:r>
                </w:p>
              </w:txbxContent>
            </v:textbox>
          </v:rect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3cm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