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fffff" stroked="f"/>
        </w:pict>
      </w:r>
      <w:r>
        <w:pict>
          <v:rect id="s2" style="position:absolute;margin-left:133.2283pt;margin-top:24.0945pt;width:19.7291pt;height:793.7008pt;mso-position-horizontal-relative:page;mso-position-vertical-relative:page;z-index:2" filled="t" fillcolor="#2b5f9e" stroked="f"/>
        </w:pict>
      </w:r>
      <w:r>
        <w:pict>
          <v:rect id="s3" style="position:absolute;margin-left:179.2630pt;margin-top:58.1102pt;width:64.4882pt;height:51.5906pt;mso-position-horizontal-relative:page;mso-position-vertical-relative:page;z-index:3" filled="t" fillcolor="#2b5f9e" stroked="f"/>
        </w:pict>
      </w:r>
      <w:r>
        <w:pict>
          <v:rect id="t4" style="position:absolute;margin-left:179.2630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5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4"/>
                      <w:szCs w:val="5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93.2220pt;margin-top:60.9449pt;width:42.5197pt;height:42.5197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8"/>
                      <w:szCs w:val="48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79.2630pt;margin-top:129.5433pt;width:256.4787pt;height:0.8504pt;mso-position-horizontal-relative:page;mso-position-vertical-relative:page;z-index:6" filled="t" fillcolor="#b9c3c7" stroked="f"/>
        </w:pict>
      </w:r>
      <w:r>
        <w:pict>
          <v:rect id="t7" style="position:absolute;margin-left:179.2630pt;margin-top:143.7165pt;width:256.4787pt;height:51.0236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79.2630pt;margin-top:194.7402pt;width:256.4787pt;height:25.511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6.7172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79.2630pt;margin-top:698.7402pt;width:256.4787pt;height:0.8504pt;mso-position-horizontal-relative:page;mso-position-vertical-relative:page;z-index:10" filled="t" fillcolor="#b9c3c7" stroked="f"/>
        </w:pict>
      </w:r>
      <w:r>
        <w:pict>
          <v:rect id="t11" style="position:absolute;margin-left:179.2630pt;margin-top:712.9134pt;width:256.4787pt;height:29.763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79.2630pt;margin-top:746.9291pt;width:256.4787pt;height:25.5118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79.2630pt;margin-top:769.6063pt;width:256.4787pt;height:38.2677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8"/>
                      <w:szCs w:val="4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33.2283pt;margin-top:24.0945pt;width:328.8189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fffff" stroked="f"/>
        </w:pict>
      </w:r>
      <w:r>
        <w:pict>
          <v:rect id="s2" style="position:absolute;margin-left:133.2283pt;margin-top:24.0945pt;width:19.7291pt;height:793.7008pt;mso-position-horizontal-relative:page;mso-position-vertical-relative:page;z-index:2" filled="t" fillcolor="#b8433a" stroked="f"/>
        </w:pict>
      </w:r>
      <w:r>
        <w:pict>
          <v:rect id="s3" style="position:absolute;margin-left:179.2630pt;margin-top:58.1102pt;width:64.4882pt;height:51.5906pt;mso-position-horizontal-relative:page;mso-position-vertical-relative:page;z-index:3" filled="t" fillcolor="#b8433a" stroked="f"/>
        </w:pict>
      </w:r>
      <w:r>
        <w:pict>
          <v:rect id="t4" style="position:absolute;margin-left:179.2630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5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4"/>
                      <w:szCs w:val="5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93.2220pt;margin-top:60.9449pt;width:42.5197pt;height:42.5197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8"/>
                      <w:szCs w:val="48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79.2630pt;margin-top:129.5433pt;width:256.4787pt;height:0.8504pt;mso-position-horizontal-relative:page;mso-position-vertical-relative:page;z-index:6" filled="t" fillcolor="#b9c3c7" stroked="f"/>
        </w:pict>
      </w:r>
      <w:r>
        <w:pict>
          <v:rect id="t7" style="position:absolute;margin-left:179.2630pt;margin-top:143.7165pt;width:256.4787pt;height:51.0236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79.2630pt;margin-top:194.7402pt;width:256.4787pt;height:25.511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6.7172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79.2630pt;margin-top:698.7402pt;width:256.4787pt;height:0.8504pt;mso-position-horizontal-relative:page;mso-position-vertical-relative:page;z-index:10" filled="t" fillcolor="#b9c3c7" stroked="f"/>
        </w:pict>
      </w:r>
      <w:r>
        <w:pict>
          <v:rect id="t11" style="position:absolute;margin-left:179.2630pt;margin-top:712.9134pt;width:256.4787pt;height:29.763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79.2630pt;margin-top:746.9291pt;width:256.4787pt;height:25.5118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79.2630pt;margin-top:769.6063pt;width:256.4787pt;height:38.2677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8"/>
                      <w:szCs w:val="4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33.2283pt;margin-top:24.0945pt;width:328.8189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fffff" stroked="f"/>
        </w:pict>
      </w:r>
      <w:r>
        <w:pict>
          <v:rect id="s2" style="position:absolute;margin-left:133.2283pt;margin-top:24.0945pt;width:19.7291pt;height:793.7008pt;mso-position-horizontal-relative:page;mso-position-vertical-relative:page;z-index:2" filled="t" fillcolor="#2f7d5b" stroked="f"/>
        </w:pict>
      </w:r>
      <w:r>
        <w:pict>
          <v:rect id="s3" style="position:absolute;margin-left:179.2630pt;margin-top:58.1102pt;width:64.4882pt;height:51.5906pt;mso-position-horizontal-relative:page;mso-position-vertical-relative:page;z-index:3" filled="t" fillcolor="#2f7d5b" stroked="f"/>
        </w:pict>
      </w:r>
      <w:r>
        <w:pict>
          <v:rect id="t4" style="position:absolute;margin-left:179.2630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5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4"/>
                      <w:szCs w:val="5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93.2220pt;margin-top:60.9449pt;width:42.5197pt;height:42.5197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8"/>
                      <w:szCs w:val="48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79.2630pt;margin-top:129.5433pt;width:256.4787pt;height:0.8504pt;mso-position-horizontal-relative:page;mso-position-vertical-relative:page;z-index:6" filled="t" fillcolor="#b9c3c7" stroked="f"/>
        </w:pict>
      </w:r>
      <w:r>
        <w:pict>
          <v:rect id="t7" style="position:absolute;margin-left:179.2630pt;margin-top:143.7165pt;width:256.4787pt;height:51.0236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79.2630pt;margin-top:194.7402pt;width:256.4787pt;height:25.511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6.7172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79.2630pt;margin-top:698.7402pt;width:256.4787pt;height:0.8504pt;mso-position-horizontal-relative:page;mso-position-vertical-relative:page;z-index:10" filled="t" fillcolor="#b9c3c7" stroked="f"/>
        </w:pict>
      </w:r>
      <w:r>
        <w:pict>
          <v:rect id="t11" style="position:absolute;margin-left:179.2630pt;margin-top:712.9134pt;width:256.4787pt;height:29.763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79.2630pt;margin-top:746.9291pt;width:256.4787pt;height:25.5118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79.2630pt;margin-top:769.6063pt;width:256.4787pt;height:38.2677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8"/>
                      <w:szCs w:val="4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33.2283pt;margin-top:24.0945pt;width:328.8189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fffff" stroked="f"/>
        </w:pict>
      </w:r>
      <w:r>
        <w:pict>
          <v:rect id="s2" style="position:absolute;margin-left:133.2283pt;margin-top:24.0945pt;width:19.7291pt;height:793.7008pt;mso-position-horizontal-relative:page;mso-position-vertical-relative:page;z-index:2" filled="t" fillcolor="#d9a521" stroked="f"/>
        </w:pict>
      </w:r>
      <w:r>
        <w:pict>
          <v:rect id="s3" style="position:absolute;margin-left:179.2630pt;margin-top:58.1102pt;width:64.4882pt;height:51.5906pt;mso-position-horizontal-relative:page;mso-position-vertical-relative:page;z-index:3" filled="t" fillcolor="#d9a521" stroked="f"/>
        </w:pict>
      </w:r>
      <w:r>
        <w:pict>
          <v:rect id="t4" style="position:absolute;margin-left:179.2630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5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54"/>
                      <w:szCs w:val="5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93.2220pt;margin-top:60.9449pt;width:42.5197pt;height:42.5197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8"/>
                      <w:szCs w:val="48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79.2630pt;margin-top:129.5433pt;width:256.4787pt;height:0.8504pt;mso-position-horizontal-relative:page;mso-position-vertical-relative:page;z-index:6" filled="t" fillcolor="#b9c3c7" stroked="f"/>
        </w:pict>
      </w:r>
      <w:r>
        <w:pict>
          <v:rect id="t7" style="position:absolute;margin-left:179.2630pt;margin-top:143.7165pt;width:256.4787pt;height:51.0236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79.2630pt;margin-top:194.7402pt;width:256.4787pt;height:25.511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6.7172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79.2630pt;margin-top:698.7402pt;width:256.4787pt;height:0.8504pt;mso-position-horizontal-relative:page;mso-position-vertical-relative:page;z-index:10" filled="t" fillcolor="#b9c3c7" stroked="f"/>
        </w:pict>
      </w:r>
      <w:r>
        <w:pict>
          <v:rect id="t11" style="position:absolute;margin-left:179.2630pt;margin-top:712.9134pt;width:256.4787pt;height:29.763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79.2630pt;margin-top:746.9291pt;width:256.4787pt;height:25.5118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79.2630pt;margin-top:769.6063pt;width:256.4787pt;height:38.2677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8"/>
                      <w:szCs w:val="4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33.2283pt;margin-top:24.0945pt;width:328.8189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