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fffff" stroked="f"/>
        </w:pict>
      </w:r>
      <w:r>
        <w:pict>
          <v:rect id="s2" style="position:absolute;margin-left:51.0236pt;margin-top:24.0945pt;width:14.6268pt;height:793.7008pt;mso-position-horizontal-relative:page;mso-position-vertical-relative:page;z-index:2" filled="t" fillcolor="#2b5f9e" stroked="f"/>
        </w:pict>
      </w:r>
      <w:r>
        <w:pict>
          <v:rect id="s3" style="position:absolute;margin-left:85.1528pt;margin-top:58.1102pt;width:63.7795pt;height:51.0236pt;mso-position-horizontal-relative:page;mso-position-vertical-relative:page;z-index:3" filled="t" fillcolor="#2b5f9e" stroked="f"/>
        </w:pict>
      </w:r>
      <w:r>
        <w:pict>
          <v:rect id="t4" style="position:absolute;margin-left:85.1528pt;margin-top:67.2945pt;width:63.7795pt;height:35.7165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38.8553pt;margin-top:60.9449pt;width:36.4454pt;height:36.4454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1"/>
                      <w:szCs w:val="4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85.1528pt;margin-top:128.9764pt;width:190.1480pt;height:0.8504pt;mso-position-horizontal-relative:page;mso-position-vertical-relative:page;z-index:6" filled="t" fillcolor="#b9c3c7" stroked="f"/>
        </w:pict>
      </w:r>
      <w:r>
        <w:pict>
          <v:rect id="t7" style="position:absolute;margin-left:85.1528pt;margin-top:143.1496pt;width:190.1480pt;height:43.7345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85.1528pt;margin-top:186.8841pt;width:190.1480pt;height:21.8673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09.4416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85.1528pt;margin-top:698.7402pt;width:190.1480pt;height:0.8504pt;mso-position-horizontal-relative:page;mso-position-vertical-relative:page;z-index:10" filled="t" fillcolor="#b9c3c7" stroked="f"/>
        </w:pict>
      </w:r>
      <w:r>
        <w:pict>
          <v:rect id="t11" style="position:absolute;margin-left:85.1528pt;margin-top:712.9134pt;width:190.1480pt;height:25.511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85.1528pt;margin-top:742.0697pt;width:190.1480pt;height:21.8673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85.1528pt;margin-top:769.6063pt;width:190.1480pt;height:32.8009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51.0236pt;margin-top:24.0945pt;width:243.7795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243.7795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4.6268pt;height:793.7008pt;mso-position-horizontal-relative:page;mso-position-vertical-relative:page;z-index:16" filled="t" fillcolor="#2b5f9e" stroked="f"/>
        </w:pict>
      </w:r>
      <w:r>
        <w:pict>
          <v:rect id="s17" style="position:absolute;margin-left:334.6016pt;margin-top:58.1102pt;width:63.7795pt;height:51.0236pt;mso-position-horizontal-relative:page;mso-position-vertical-relative:page;z-index:17" filled="t" fillcolor="#2b5f9e" stroked="f"/>
        </w:pict>
      </w:r>
      <w:r>
        <w:pict>
          <v:rect id="t18" style="position:absolute;margin-left:334.6016pt;margin-top:67.2945pt;width:63.7795pt;height:35.7165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88.3042pt;margin-top:60.9449pt;width:36.4454pt;height:36.4454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1"/>
                      <w:szCs w:val="4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34.6016pt;margin-top:128.9764pt;width:190.1480pt;height:0.8504pt;mso-position-horizontal-relative:page;mso-position-vertical-relative:page;z-index:20" filled="t" fillcolor="#b9c3c7" stroked="f"/>
        </w:pict>
      </w:r>
      <w:r>
        <w:pict>
          <v:rect id="t21" style="position:absolute;margin-left:334.6016pt;margin-top:143.1496pt;width:190.1480pt;height:43.7345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34.6016pt;margin-top:186.8841pt;width:190.1480pt;height:21.8673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58.8904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34.6016pt;margin-top:698.7402pt;width:190.1480pt;height:0.8504pt;mso-position-horizontal-relative:page;mso-position-vertical-relative:page;z-index:24" filled="t" fillcolor="#b9c3c7" stroked="f"/>
        </w:pict>
      </w:r>
      <w:r>
        <w:pict>
          <v:rect id="t25" style="position:absolute;margin-left:334.6016pt;margin-top:712.9134pt;width:190.1480pt;height:25.5118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34.6016pt;margin-top:742.0697pt;width:190.1480pt;height:21.8673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34.6016pt;margin-top:769.6063pt;width:190.1480pt;height:32.8009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243.7795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fffff" stroked="f"/>
        </w:pict>
      </w:r>
      <w:r>
        <w:pict>
          <v:rect id="s2" style="position:absolute;margin-left:51.0236pt;margin-top:24.0945pt;width:14.6268pt;height:793.7008pt;mso-position-horizontal-relative:page;mso-position-vertical-relative:page;z-index:2" filled="t" fillcolor="#b8433a" stroked="f"/>
        </w:pict>
      </w:r>
      <w:r>
        <w:pict>
          <v:rect id="s3" style="position:absolute;margin-left:85.1528pt;margin-top:58.1102pt;width:63.7795pt;height:51.0236pt;mso-position-horizontal-relative:page;mso-position-vertical-relative:page;z-index:3" filled="t" fillcolor="#b8433a" stroked="f"/>
        </w:pict>
      </w:r>
      <w:r>
        <w:pict>
          <v:rect id="t4" style="position:absolute;margin-left:85.1528pt;margin-top:67.2945pt;width:63.7795pt;height:35.7165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38.8553pt;margin-top:60.9449pt;width:36.4454pt;height:36.4454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1"/>
                      <w:szCs w:val="4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85.1528pt;margin-top:128.9764pt;width:190.1480pt;height:0.8504pt;mso-position-horizontal-relative:page;mso-position-vertical-relative:page;z-index:6" filled="t" fillcolor="#b9c3c7" stroked="f"/>
        </w:pict>
      </w:r>
      <w:r>
        <w:pict>
          <v:rect id="t7" style="position:absolute;margin-left:85.1528pt;margin-top:143.1496pt;width:190.1480pt;height:43.7345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85.1528pt;margin-top:186.8841pt;width:190.1480pt;height:21.8673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09.4416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85.1528pt;margin-top:698.7402pt;width:190.1480pt;height:0.8504pt;mso-position-horizontal-relative:page;mso-position-vertical-relative:page;z-index:10" filled="t" fillcolor="#b9c3c7" stroked="f"/>
        </w:pict>
      </w:r>
      <w:r>
        <w:pict>
          <v:rect id="t11" style="position:absolute;margin-left:85.1528pt;margin-top:712.9134pt;width:190.1480pt;height:25.511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85.1528pt;margin-top:742.0697pt;width:190.1480pt;height:21.8673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85.1528pt;margin-top:769.6063pt;width:190.1480pt;height:32.8009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51.0236pt;margin-top:24.0945pt;width:243.7795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243.7795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4.6268pt;height:793.7008pt;mso-position-horizontal-relative:page;mso-position-vertical-relative:page;z-index:16" filled="t" fillcolor="#b8433a" stroked="f"/>
        </w:pict>
      </w:r>
      <w:r>
        <w:pict>
          <v:rect id="s17" style="position:absolute;margin-left:334.6016pt;margin-top:58.1102pt;width:63.7795pt;height:51.0236pt;mso-position-horizontal-relative:page;mso-position-vertical-relative:page;z-index:17" filled="t" fillcolor="#b8433a" stroked="f"/>
        </w:pict>
      </w:r>
      <w:r>
        <w:pict>
          <v:rect id="t18" style="position:absolute;margin-left:334.6016pt;margin-top:67.2945pt;width:63.7795pt;height:35.7165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88.3042pt;margin-top:60.9449pt;width:36.4454pt;height:36.4454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1"/>
                      <w:szCs w:val="4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34.6016pt;margin-top:128.9764pt;width:190.1480pt;height:0.8504pt;mso-position-horizontal-relative:page;mso-position-vertical-relative:page;z-index:20" filled="t" fillcolor="#b9c3c7" stroked="f"/>
        </w:pict>
      </w:r>
      <w:r>
        <w:pict>
          <v:rect id="t21" style="position:absolute;margin-left:334.6016pt;margin-top:143.1496pt;width:190.1480pt;height:43.7345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34.6016pt;margin-top:186.8841pt;width:190.1480pt;height:21.8673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58.8904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34.6016pt;margin-top:698.7402pt;width:190.1480pt;height:0.8504pt;mso-position-horizontal-relative:page;mso-position-vertical-relative:page;z-index:24" filled="t" fillcolor="#b9c3c7" stroked="f"/>
        </w:pict>
      </w:r>
      <w:r>
        <w:pict>
          <v:rect id="t25" style="position:absolute;margin-left:334.6016pt;margin-top:712.9134pt;width:190.1480pt;height:25.5118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34.6016pt;margin-top:742.0697pt;width:190.1480pt;height:21.8673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34.6016pt;margin-top:769.6063pt;width:190.1480pt;height:32.8009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243.7795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fffff" stroked="f"/>
        </w:pict>
      </w:r>
      <w:r>
        <w:pict>
          <v:rect id="s2" style="position:absolute;margin-left:51.0236pt;margin-top:24.0945pt;width:14.6268pt;height:793.7008pt;mso-position-horizontal-relative:page;mso-position-vertical-relative:page;z-index:2" filled="t" fillcolor="#2f7d5b" stroked="f"/>
        </w:pict>
      </w:r>
      <w:r>
        <w:pict>
          <v:rect id="s3" style="position:absolute;margin-left:85.1528pt;margin-top:58.1102pt;width:63.7795pt;height:51.0236pt;mso-position-horizontal-relative:page;mso-position-vertical-relative:page;z-index:3" filled="t" fillcolor="#2f7d5b" stroked="f"/>
        </w:pict>
      </w:r>
      <w:r>
        <w:pict>
          <v:rect id="t4" style="position:absolute;margin-left:85.1528pt;margin-top:67.2945pt;width:63.7795pt;height:35.7165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38.8553pt;margin-top:60.9449pt;width:36.4454pt;height:36.4454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1"/>
                      <w:szCs w:val="4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85.1528pt;margin-top:128.9764pt;width:190.1480pt;height:0.8504pt;mso-position-horizontal-relative:page;mso-position-vertical-relative:page;z-index:6" filled="t" fillcolor="#b9c3c7" stroked="f"/>
        </w:pict>
      </w:r>
      <w:r>
        <w:pict>
          <v:rect id="t7" style="position:absolute;margin-left:85.1528pt;margin-top:143.1496pt;width:190.1480pt;height:43.7345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85.1528pt;margin-top:186.8841pt;width:190.1480pt;height:21.8673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09.4416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85.1528pt;margin-top:698.7402pt;width:190.1480pt;height:0.8504pt;mso-position-horizontal-relative:page;mso-position-vertical-relative:page;z-index:10" filled="t" fillcolor="#b9c3c7" stroked="f"/>
        </w:pict>
      </w:r>
      <w:r>
        <w:pict>
          <v:rect id="t11" style="position:absolute;margin-left:85.1528pt;margin-top:712.9134pt;width:190.1480pt;height:25.511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85.1528pt;margin-top:742.0697pt;width:190.1480pt;height:21.8673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85.1528pt;margin-top:769.6063pt;width:190.1480pt;height:32.8009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51.0236pt;margin-top:24.0945pt;width:243.7795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243.7795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4.6268pt;height:793.7008pt;mso-position-horizontal-relative:page;mso-position-vertical-relative:page;z-index:16" filled="t" fillcolor="#2f7d5b" stroked="f"/>
        </w:pict>
      </w:r>
      <w:r>
        <w:pict>
          <v:rect id="s17" style="position:absolute;margin-left:334.6016pt;margin-top:58.1102pt;width:63.7795pt;height:51.0236pt;mso-position-horizontal-relative:page;mso-position-vertical-relative:page;z-index:17" filled="t" fillcolor="#2f7d5b" stroked="f"/>
        </w:pict>
      </w:r>
      <w:r>
        <w:pict>
          <v:rect id="t18" style="position:absolute;margin-left:334.6016pt;margin-top:67.2945pt;width:63.7795pt;height:35.7165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88.3042pt;margin-top:60.9449pt;width:36.4454pt;height:36.4454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1"/>
                      <w:szCs w:val="4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34.6016pt;margin-top:128.9764pt;width:190.1480pt;height:0.8504pt;mso-position-horizontal-relative:page;mso-position-vertical-relative:page;z-index:20" filled="t" fillcolor="#b9c3c7" stroked="f"/>
        </w:pict>
      </w:r>
      <w:r>
        <w:pict>
          <v:rect id="t21" style="position:absolute;margin-left:334.6016pt;margin-top:143.1496pt;width:190.1480pt;height:43.7345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34.6016pt;margin-top:186.8841pt;width:190.1480pt;height:21.8673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58.8904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34.6016pt;margin-top:698.7402pt;width:190.1480pt;height:0.8504pt;mso-position-horizontal-relative:page;mso-position-vertical-relative:page;z-index:24" filled="t" fillcolor="#b9c3c7" stroked="f"/>
        </w:pict>
      </w:r>
      <w:r>
        <w:pict>
          <v:rect id="t25" style="position:absolute;margin-left:334.6016pt;margin-top:712.9134pt;width:190.1480pt;height:25.5118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34.6016pt;margin-top:742.0697pt;width:190.1480pt;height:21.8673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34.6016pt;margin-top:769.6063pt;width:190.1480pt;height:32.8009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243.7795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fffff" stroked="f"/>
        </w:pict>
      </w:r>
      <w:r>
        <w:pict>
          <v:rect id="s2" style="position:absolute;margin-left:51.0236pt;margin-top:24.0945pt;width:14.6268pt;height:793.7008pt;mso-position-horizontal-relative:page;mso-position-vertical-relative:page;z-index:2" filled="t" fillcolor="#d9a521" stroked="f"/>
        </w:pict>
      </w:r>
      <w:r>
        <w:pict>
          <v:rect id="s3" style="position:absolute;margin-left:85.1528pt;margin-top:58.1102pt;width:63.7795pt;height:51.0236pt;mso-position-horizontal-relative:page;mso-position-vertical-relative:page;z-index:3" filled="t" fillcolor="#d9a521" stroked="f"/>
        </w:pict>
      </w:r>
      <w:r>
        <w:pict>
          <v:rect id="t4" style="position:absolute;margin-left:85.1528pt;margin-top:67.2945pt;width:63.7795pt;height:35.7165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6"/>
                      <w:szCs w:val="4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38.8553pt;margin-top:60.9449pt;width:36.4454pt;height:36.4454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1"/>
                      <w:szCs w:val="4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85.1528pt;margin-top:128.9764pt;width:190.1480pt;height:0.8504pt;mso-position-horizontal-relative:page;mso-position-vertical-relative:page;z-index:6" filled="t" fillcolor="#b9c3c7" stroked="f"/>
        </w:pict>
      </w:r>
      <w:r>
        <w:pict>
          <v:rect id="t7" style="position:absolute;margin-left:85.1528pt;margin-top:143.1496pt;width:190.1480pt;height:43.7345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85.1528pt;margin-top:186.8841pt;width:190.1480pt;height:21.8673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09.4416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85.1528pt;margin-top:698.7402pt;width:190.1480pt;height:0.8504pt;mso-position-horizontal-relative:page;mso-position-vertical-relative:page;z-index:10" filled="t" fillcolor="#b9c3c7" stroked="f"/>
        </w:pict>
      </w:r>
      <w:r>
        <w:pict>
          <v:rect id="t11" style="position:absolute;margin-left:85.1528pt;margin-top:712.9134pt;width:190.1480pt;height:25.5118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85.1528pt;margin-top:742.0697pt;width:190.1480pt;height:21.8673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85.1528pt;margin-top:769.6063pt;width:190.1480pt;height:32.8009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51.0236pt;margin-top:24.0945pt;width:243.7795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243.7795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4.6268pt;height:793.7008pt;mso-position-horizontal-relative:page;mso-position-vertical-relative:page;z-index:16" filled="t" fillcolor="#d9a521" stroked="f"/>
        </w:pict>
      </w:r>
      <w:r>
        <w:pict>
          <v:rect id="s17" style="position:absolute;margin-left:334.6016pt;margin-top:58.1102pt;width:63.7795pt;height:51.0236pt;mso-position-horizontal-relative:page;mso-position-vertical-relative:page;z-index:17" filled="t" fillcolor="#d9a521" stroked="f"/>
        </w:pict>
      </w:r>
      <w:r>
        <w:pict>
          <v:rect id="t18" style="position:absolute;margin-left:334.6016pt;margin-top:67.2945pt;width:63.7795pt;height:35.7165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6"/>
                      <w:szCs w:val="4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88.3042pt;margin-top:60.9449pt;width:36.4454pt;height:36.4454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1"/>
                      <w:szCs w:val="4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34.6016pt;margin-top:128.9764pt;width:190.1480pt;height:0.8504pt;mso-position-horizontal-relative:page;mso-position-vertical-relative:page;z-index:20" filled="t" fillcolor="#b9c3c7" stroked="f"/>
        </w:pict>
      </w:r>
      <w:r>
        <w:pict>
          <v:rect id="t21" style="position:absolute;margin-left:334.6016pt;margin-top:143.1496pt;width:190.1480pt;height:43.7345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34.6016pt;margin-top:186.8841pt;width:190.1480pt;height:21.8673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58.8904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34.6016pt;margin-top:698.7402pt;width:190.1480pt;height:0.8504pt;mso-position-horizontal-relative:page;mso-position-vertical-relative:page;z-index:24" filled="t" fillcolor="#b9c3c7" stroked="f"/>
        </w:pict>
      </w:r>
      <w:r>
        <w:pict>
          <v:rect id="t25" style="position:absolute;margin-left:334.6016pt;margin-top:712.9134pt;width:190.1480pt;height:25.5118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34.6016pt;margin-top:742.0697pt;width:190.1480pt;height:21.8673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34.6016pt;margin-top:769.6063pt;width:190.1480pt;height:32.8009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1"/>
                      <w:szCs w:val="4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243.7795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