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center"/>
      </w:pPr>
      <w:r>
        <w:rPr>
          <w:rFonts w:ascii="游ゴシック" w:hAnsi="游ゴシック" w:eastAsia="游ゴシック"/>
          <w:b w:val="0"/>
          <w:color w:val="555555"/>
          <w:sz w:val="24"/>
        </w:rPr>
        <w:t>REPORT</w:t>
      </w:r>
    </w:p>
    <w:p>
      <w:pPr>
        <w:spacing w:before="0" w:after="120"/>
        <w:jc w:val="center"/>
      </w:pPr>
      <w:r>
        <w:rPr>
          <w:rFonts w:ascii="游ゴシック" w:hAnsi="游ゴシック" w:eastAsia="游ゴシック"/>
          <w:b/>
          <w:color w:val="1F3A5F"/>
          <w:sz w:val="60"/>
        </w:rPr>
        <w:t>○○○○報告書</w:t>
      </w:r>
    </w:p>
    <w:p>
      <w:pPr>
        <w:jc w:val="center"/>
        <w:pBdr>
          <w:bottom w:val="single" w:sz="12" w:space="1" w:color="1F3A5F"/>
        </w:pBdr>
        <w:ind w:left="1200" w:right="1200"/>
      </w:pPr>
    </w:p>
    <w:p>
      <w:pPr>
        <w:spacing w:before="200" w:after="2600"/>
        <w:jc w:val="center"/>
      </w:pPr>
      <w:r>
        <w:rPr>
          <w:rFonts w:ascii="游ゴシック" w:hAnsi="游ゴシック" w:eastAsia="游ゴシック"/>
          <w:b w:val="0"/>
          <w:color w:val="555555"/>
          <w:sz w:val="24"/>
        </w:rPr>
        <w:t>（対象期間：20XX年○月〜20XX年○月）</w:t>
      </w:r>
    </w:p>
    <w:p>
      <w:pPr>
        <w:spacing w:before="0" w:after="160"/>
        <w:jc w:val="center"/>
      </w:pPr>
      <w:r>
        <w:rPr>
          <w:rFonts w:ascii="游ゴシック" w:hAnsi="游ゴシック" w:eastAsia="游ゴシック"/>
          <w:b w:val="0"/>
          <w:sz w:val="24"/>
        </w:rPr>
        <w:t>提出先：○○部 ○○ ○○ 様</w:t>
      </w:r>
    </w:p>
    <w:p>
      <w:pPr>
        <w:spacing w:before="0" w:after="160"/>
        <w:jc w:val="center"/>
      </w:pPr>
      <w:r>
        <w:rPr>
          <w:rFonts w:ascii="游ゴシック" w:hAnsi="游ゴシック" w:eastAsia="游ゴシック"/>
          <w:b w:val="0"/>
          <w:sz w:val="24"/>
        </w:rPr>
        <w:t>提出日：20XX年○月○日</w:t>
      </w:r>
    </w:p>
    <w:p>
      <w:pPr>
        <w:spacing w:before="0" w:after="0"/>
        <w:jc w:val="center"/>
      </w:pPr>
      <w:r>
        <w:rPr>
          <w:rFonts w:ascii="游ゴシック" w:hAnsi="游ゴシック" w:eastAsia="游ゴシック"/>
          <w:b w:val="0"/>
          <w:sz w:val="24"/>
        </w:rPr>
        <w:t>報告者：○○部 ○○ ○○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