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/>
        <w:jc w:val="center"/>
      </w:pPr>
      <w:r>
        <w:rPr>
          <w:rFonts w:ascii="游ゴシック" w:hAnsi="游ゴシック" w:eastAsia="游ゴシック"/>
          <w:b w:val="0"/>
          <w:color w:val="555555"/>
          <w:sz w:val="32"/>
        </w:rPr>
        <w:t>第○回 ○○会議</w:t>
      </w:r>
    </w:p>
    <w:p>
      <w:pPr>
        <w:spacing w:before="0" w:after="120"/>
        <w:jc w:val="center"/>
      </w:pPr>
      <w:r>
        <w:rPr>
          <w:rFonts w:ascii="游ゴシック" w:hAnsi="游ゴシック" w:eastAsia="游ゴシック"/>
          <w:b/>
          <w:color w:val="1F3A5F"/>
          <w:sz w:val="68"/>
        </w:rPr>
        <w:t>会議資料</w:t>
      </w:r>
    </w:p>
    <w:p>
      <w:pPr>
        <w:jc w:val="center"/>
        <w:pBdr>
          <w:bottom w:val="single" w:sz="12" w:space="1" w:color="1F3A5F"/>
        </w:pBdr>
        <w:ind w:left="1200" w:right="1200"/>
      </w:pPr>
    </w:p>
    <w:p>
      <w:pPr>
        <w:spacing w:before="0" w:after="2600"/>
        <w:jc w:val="center"/>
      </w:pPr>
    </w:p>
    <w:p>
      <w:pPr>
        <w:spacing w:before="0" w:after="160"/>
        <w:jc w:val="center"/>
      </w:pPr>
      <w:r>
        <w:rPr>
          <w:rFonts w:ascii="游ゴシック" w:hAnsi="游ゴシック" w:eastAsia="游ゴシック"/>
          <w:b w:val="0"/>
          <w:sz w:val="24"/>
        </w:rPr>
        <w:t>日時：20XX年○月○日（○）○○:○○〜○○:○○</w:t>
      </w:r>
    </w:p>
    <w:p>
      <w:pPr>
        <w:spacing w:before="0" w:after="160"/>
        <w:jc w:val="center"/>
      </w:pPr>
      <w:r>
        <w:rPr>
          <w:rFonts w:ascii="游ゴシック" w:hAnsi="游ゴシック" w:eastAsia="游ゴシック"/>
          <w:b w:val="0"/>
          <w:sz w:val="24"/>
        </w:rPr>
        <w:t>場所：○○会議室</w:t>
      </w:r>
    </w:p>
    <w:p>
      <w:pPr>
        <w:spacing w:before="0" w:after="0"/>
        <w:jc w:val="center"/>
      </w:pPr>
      <w:r>
        <w:rPr>
          <w:rFonts w:ascii="游ゴシック" w:hAnsi="游ゴシック" w:eastAsia="游ゴシック"/>
          <w:b w:val="0"/>
          <w:sz w:val="24"/>
        </w:rPr>
        <w:t>作成：○○部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ゴシック" w:hAnsi="游ゴシック" w:eastAsia="游ゴシック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