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/>
        <w:jc w:val="center"/>
      </w:pPr>
      <w:r>
        <w:rPr>
          <w:rFonts w:ascii="游ゴシック" w:hAnsi="游ゴシック" w:eastAsia="游ゴシック"/>
          <w:b w:val="0"/>
          <w:sz w:val="40"/>
        </w:rPr>
        <w:t>○○○○工事</w:t>
      </w:r>
    </w:p>
    <w:p>
      <w:pPr>
        <w:spacing w:before="0" w:after="160"/>
        <w:jc w:val="center"/>
      </w:pPr>
      <w:r>
        <w:rPr>
          <w:rFonts w:ascii="游ゴシック" w:hAnsi="游ゴシック" w:eastAsia="游ゴシック"/>
          <w:b/>
          <w:color w:val="1F3A5F"/>
          <w:sz w:val="72"/>
        </w:rPr>
        <w:t>完 成 図 書</w:t>
      </w:r>
    </w:p>
    <w:p>
      <w:pPr>
        <w:jc w:val="center"/>
        <w:pBdr>
          <w:bottom w:val="single" w:sz="12" w:space="1" w:color="1F3A5F"/>
        </w:pBdr>
        <w:ind w:left="1200" w:right="1200"/>
      </w:pPr>
    </w:p>
    <w:p>
      <w:pPr>
        <w:spacing w:before="0" w:after="2200"/>
        <w:jc w:val="center"/>
      </w:pPr>
    </w:p>
    <w:p>
      <w:pPr>
        <w:spacing w:before="0" w:after="200"/>
        <w:jc w:val="center"/>
      </w:pPr>
      <w:r>
        <w:rPr>
          <w:rFonts w:ascii="游ゴシック" w:hAnsi="游ゴシック" w:eastAsia="游ゴシック"/>
          <w:b w:val="0"/>
          <w:sz w:val="26"/>
        </w:rPr>
        <w:t>工事場所：○○県○○市○○ 0-0-0</w:t>
      </w:r>
    </w:p>
    <w:p>
      <w:pPr>
        <w:spacing w:before="0" w:after="200"/>
        <w:jc w:val="center"/>
      </w:pPr>
      <w:r>
        <w:rPr>
          <w:rFonts w:ascii="游ゴシック" w:hAnsi="游ゴシック" w:eastAsia="游ゴシック"/>
          <w:b w:val="0"/>
          <w:sz w:val="26"/>
        </w:rPr>
        <w:t>工　　期：20XX年○月○日 ～ 20XX年○月○日</w:t>
      </w:r>
    </w:p>
    <w:p>
      <w:pPr>
        <w:spacing w:before="0" w:after="200"/>
        <w:jc w:val="center"/>
      </w:pPr>
      <w:r>
        <w:rPr>
          <w:rFonts w:ascii="游ゴシック" w:hAnsi="游ゴシック" w:eastAsia="游ゴシック"/>
          <w:b w:val="0"/>
          <w:sz w:val="26"/>
        </w:rPr>
        <w:t>発 注 者：○○○○株式会社</w:t>
      </w:r>
    </w:p>
    <w:p>
      <w:pPr>
        <w:spacing w:before="0" w:after="800"/>
        <w:jc w:val="center"/>
      </w:pPr>
    </w:p>
    <w:p>
      <w:pPr>
        <w:spacing w:before="0" w:after="80"/>
        <w:jc w:val="center"/>
      </w:pPr>
      <w:r>
        <w:rPr>
          <w:rFonts w:ascii="游ゴシック" w:hAnsi="游ゴシック" w:eastAsia="游ゴシック"/>
          <w:b/>
          <w:sz w:val="32"/>
        </w:rPr>
        <w:t>施工者：株式会社△△△△</w:t>
      </w:r>
    </w:p>
    <w:p>
      <w:pPr>
        <w:spacing w:before="0" w:after="0"/>
        <w:jc w:val="center"/>
      </w:pPr>
      <w:r>
        <w:rPr>
          <w:rFonts w:ascii="游ゴシック" w:hAnsi="游ゴシック" w:eastAsia="游ゴシック"/>
          <w:b w:val="0"/>
          <w:color w:val="555555"/>
          <w:sz w:val="24"/>
        </w:rPr>
        <w:t>20XX年○月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vAlign w:val="center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ゴシック" w:hAnsi="游ゴシック" w:eastAsia="游ゴシック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