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rFonts w:ascii="游明朝" w:hAnsi="游明朝" w:eastAsia="游明朝"/>
          <w:b/>
          <w:sz w:val="64"/>
        </w:rPr>
        <w:t>○○○○契約書</w:t>
      </w:r>
    </w:p>
    <w:p>
      <w:pPr>
        <w:jc w:val="center"/>
        <w:pBdr>
          <w:bottom w:val="single" w:sz="8" w:space="1" w:color="333333"/>
        </w:pBdr>
        <w:ind w:left="1200" w:right="1200"/>
      </w:pPr>
    </w:p>
    <w:p>
      <w:pPr>
        <w:spacing w:before="0" w:after="2800"/>
        <w:jc w:val="center"/>
      </w:pP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28"/>
        </w:rPr>
        <w:t>甲　○○○○株式会社</w:t>
      </w:r>
    </w:p>
    <w:p>
      <w:pPr>
        <w:spacing w:before="0" w:after="1200"/>
        <w:jc w:val="center"/>
      </w:pPr>
      <w:r>
        <w:rPr>
          <w:rFonts w:ascii="游明朝" w:hAnsi="游明朝" w:eastAsia="游明朝"/>
          <w:b w:val="0"/>
          <w:sz w:val="28"/>
        </w:rPr>
        <w:t>乙　株式会社△△△△</w:t>
      </w:r>
    </w:p>
    <w:p>
      <w:pPr>
        <w:spacing w:before="0" w:after="0"/>
        <w:jc w:val="center"/>
      </w:pPr>
      <w:r>
        <w:rPr>
          <w:rFonts w:ascii="游明朝" w:hAnsi="游明朝" w:eastAsia="游明朝"/>
          <w:b w:val="0"/>
          <w:sz w:val="24"/>
        </w:rPr>
        <w:t>20XX年○月○日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