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jc w:val="center"/>
      </w:pPr>
      <w:r>
        <w:rPr>
          <w:rFonts w:ascii="游明朝" w:hAnsi="游明朝" w:eastAsia="游明朝"/>
          <w:b w:val="0"/>
          <w:sz w:val="36"/>
        </w:rPr>
        <w:t>第○○期</w:t>
      </w:r>
    </w:p>
    <w:p>
      <w:pPr>
        <w:spacing w:before="0" w:after="160"/>
        <w:jc w:val="center"/>
      </w:pPr>
      <w:r>
        <w:rPr>
          <w:rFonts w:ascii="游明朝" w:hAnsi="游明朝" w:eastAsia="游明朝"/>
          <w:b/>
          <w:sz w:val="68"/>
        </w:rPr>
        <w:t>決 算 報 告 書</w:t>
      </w:r>
    </w:p>
    <w:p>
      <w:pPr>
        <w:jc w:val="center"/>
        <w:pBdr>
          <w:bottom w:val="single" w:sz="8" w:space="1" w:color="333333"/>
        </w:pBdr>
        <w:ind w:left="1200" w:right="1200"/>
      </w:pPr>
    </w:p>
    <w:p>
      <w:pPr>
        <w:spacing w:before="320" w:after="80"/>
        <w:jc w:val="center"/>
      </w:pPr>
      <w:r>
        <w:rPr>
          <w:rFonts w:ascii="游明朝" w:hAnsi="游明朝" w:eastAsia="游明朝"/>
          <w:b w:val="0"/>
          <w:sz w:val="26"/>
        </w:rPr>
        <w:t>自　20XX年○月○日</w:t>
      </w:r>
    </w:p>
    <w:p>
      <w:pPr>
        <w:spacing w:before="0" w:after="3000"/>
        <w:jc w:val="center"/>
      </w:pPr>
      <w:r>
        <w:rPr>
          <w:rFonts w:ascii="游明朝" w:hAnsi="游明朝" w:eastAsia="游明朝"/>
          <w:b w:val="0"/>
          <w:sz w:val="26"/>
        </w:rPr>
        <w:t>至　20XX年○月○日</w:t>
      </w:r>
    </w:p>
    <w:p>
      <w:pPr>
        <w:spacing w:before="0" w:after="120"/>
        <w:jc w:val="center"/>
      </w:pPr>
      <w:r>
        <w:rPr>
          <w:rFonts w:ascii="游明朝" w:hAnsi="游明朝" w:eastAsia="游明朝"/>
          <w:b/>
          <w:sz w:val="36"/>
        </w:rPr>
        <w:t>○○○○株式会社</w:t>
      </w:r>
    </w:p>
    <w:p>
      <w:pPr>
        <w:spacing w:before="0" w:after="0"/>
        <w:jc w:val="center"/>
      </w:pPr>
      <w:r>
        <w:rPr>
          <w:rFonts w:ascii="游明朝" w:hAnsi="游明朝" w:eastAsia="游明朝"/>
          <w:b w:val="0"/>
          <w:color w:val="555555"/>
          <w:sz w:val="22"/>
        </w:rPr>
        <w:t>〒000-0000 ○○県○○市○○ 0-0-0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