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  <w:jc w:val="center"/>
      </w:pPr>
      <w:r>
        <w:rPr>
          <w:rFonts w:ascii="游ゴシック" w:hAnsi="游ゴシック" w:eastAsia="游ゴシック"/>
          <w:b w:val="0"/>
          <w:color w:val="555555"/>
          <w:sz w:val="26"/>
        </w:rPr>
        <w:t>○○○○学（科目名）　レポート</w:t>
      </w:r>
    </w:p>
    <w:p>
      <w:pPr>
        <w:spacing w:before="0" w:after="120"/>
        <w:jc w:val="center"/>
      </w:pPr>
      <w:r>
        <w:rPr>
          <w:rFonts w:ascii="游ゴシック" w:hAnsi="游ゴシック" w:eastAsia="游ゴシック"/>
          <w:b/>
          <w:sz w:val="52"/>
        </w:rPr>
        <w:t>○○○○○○○○について</w:t>
      </w:r>
    </w:p>
    <w:p>
      <w:pPr>
        <w:spacing w:before="0" w:after="120"/>
        <w:jc w:val="center"/>
      </w:pPr>
      <w:r>
        <w:rPr>
          <w:rFonts w:ascii="游ゴシック" w:hAnsi="游ゴシック" w:eastAsia="游ゴシック"/>
          <w:b w:val="0"/>
          <w:color w:val="555555"/>
          <w:sz w:val="26"/>
        </w:rPr>
        <w:t>〜サブタイトル〜</w:t>
      </w:r>
    </w:p>
    <w:p>
      <w:pPr>
        <w:jc w:val="center"/>
        <w:pBdr>
          <w:bottom w:val="single" w:sz="8" w:space="1" w:color="333333"/>
        </w:pBdr>
        <w:ind w:left="1200" w:right="1200"/>
      </w:pPr>
    </w:p>
    <w:p>
      <w:pPr>
        <w:spacing w:before="0" w:after="2400"/>
        <w:jc w:val="center"/>
      </w:pP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6"/>
        </w:rPr>
        <w:t>担当教員：○○ ○○ 先生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6"/>
        </w:rPr>
        <w:t>○○学部 ○○学科 ○年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6"/>
        </w:rPr>
        <w:t>学籍番号：0000000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6"/>
        </w:rPr>
        <w:t>氏　　名：○○ ○○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6"/>
        </w:rPr>
        <w:t>提 出 日：20XX年○月○日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