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0"/>
        <w:jc w:val="left"/>
      </w:pPr>
      <w:r>
        <w:rPr>
          <w:rFonts w:ascii="游ゴシック" w:hAnsi="游ゴシック" w:eastAsia="游ゴシック"/>
          <w:b w:val="0"/>
          <w:sz w:val="28"/>
        </w:rPr>
        <w:t>○○株式会社 御中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 w:val="0"/>
          <w:color w:val="555555"/>
          <w:sz w:val="24"/>
        </w:rPr>
        <w:t>PROPOSAL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/>
          <w:color w:val="1F3A5F"/>
          <w:sz w:val="60"/>
        </w:rPr>
        <w:t>○○○○のご提案</w:t>
      </w:r>
    </w:p>
    <w:p>
      <w:pPr>
        <w:jc w:val="center"/>
        <w:pBdr>
          <w:bottom w:val="single" w:sz="12" w:space="1" w:color="1F3A5F"/>
        </w:pBdr>
        <w:ind w:left="1200" w:right="1200"/>
      </w:pPr>
    </w:p>
    <w:p>
      <w:pPr>
        <w:spacing w:before="200" w:after="2400"/>
        <w:jc w:val="center"/>
      </w:pPr>
      <w:r>
        <w:rPr>
          <w:rFonts w:ascii="游ゴシック" w:hAnsi="游ゴシック" w:eastAsia="游ゴシック"/>
          <w:b w:val="0"/>
          <w:color w:val="555555"/>
          <w:sz w:val="28"/>
        </w:rPr>
        <w:t>〜サブタイトル（提案の要点を一言で）〜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 w:val="0"/>
          <w:sz w:val="24"/>
        </w:rPr>
        <w:t>20XX年○月○日</w:t>
      </w:r>
    </w:p>
    <w:p>
      <w:pPr>
        <w:spacing w:before="0" w:after="80"/>
        <w:jc w:val="center"/>
      </w:pPr>
      <w:r>
        <w:rPr>
          <w:rFonts w:ascii="游ゴシック" w:hAnsi="游ゴシック" w:eastAsia="游ゴシック"/>
          <w:b/>
          <w:sz w:val="28"/>
        </w:rPr>
        <w:t>株式会社△△△△</w:t>
      </w:r>
    </w:p>
    <w:p>
      <w:pPr>
        <w:spacing w:before="0" w:after="0"/>
        <w:jc w:val="center"/>
      </w:pPr>
      <w:r>
        <w:rPr>
          <w:rFonts w:ascii="游ゴシック" w:hAnsi="游ゴシック" w:eastAsia="游ゴシック"/>
          <w:b w:val="0"/>
          <w:color w:val="555555"/>
          <w:sz w:val="22"/>
        </w:rPr>
        <w:t>営業部　担当：○○ ○○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